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3F1C5" w14:textId="77777777" w:rsidR="00632E22" w:rsidRDefault="000A68C8">
      <w:pPr>
        <w:pStyle w:val="Heading1"/>
      </w:pPr>
      <w:r>
        <w:t>Kapow French Vocabulary - Year 3/4 Mixed Age</w:t>
      </w:r>
    </w:p>
    <w:p w14:paraId="188EECEF" w14:textId="77777777" w:rsidR="00632E22" w:rsidRDefault="000A68C8">
      <w:pPr>
        <w:pStyle w:val="Heading2"/>
      </w:pPr>
      <w:r>
        <w:t>Cycle A - French greetings with puppets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632E22" w14:paraId="4A774B0D" w14:textId="77777777">
        <w:tc>
          <w:tcPr>
            <w:tcW w:w="4320" w:type="dxa"/>
          </w:tcPr>
          <w:p w14:paraId="3E24428C" w14:textId="77777777" w:rsidR="00632E22" w:rsidRDefault="000A68C8">
            <w:r>
              <w:t>French</w:t>
            </w:r>
          </w:p>
        </w:tc>
        <w:tc>
          <w:tcPr>
            <w:tcW w:w="4320" w:type="dxa"/>
          </w:tcPr>
          <w:p w14:paraId="1019D7C5" w14:textId="77777777" w:rsidR="00632E22" w:rsidRDefault="000A68C8">
            <w:r>
              <w:t>English</w:t>
            </w:r>
          </w:p>
        </w:tc>
      </w:tr>
      <w:tr w:rsidR="00632E22" w14:paraId="4175DF7C" w14:textId="77777777">
        <w:tc>
          <w:tcPr>
            <w:tcW w:w="4320" w:type="dxa"/>
          </w:tcPr>
          <w:p w14:paraId="5D870B30" w14:textId="77777777" w:rsidR="00632E22" w:rsidRDefault="000A68C8">
            <w:r>
              <w:t>je</w:t>
            </w:r>
          </w:p>
        </w:tc>
        <w:tc>
          <w:tcPr>
            <w:tcW w:w="4320" w:type="dxa"/>
          </w:tcPr>
          <w:p w14:paraId="20C505A2" w14:textId="77777777" w:rsidR="00632E22" w:rsidRDefault="000A68C8">
            <w:r>
              <w:t>I</w:t>
            </w:r>
          </w:p>
        </w:tc>
      </w:tr>
      <w:tr w:rsidR="00632E22" w14:paraId="21C01AC9" w14:textId="77777777">
        <w:tc>
          <w:tcPr>
            <w:tcW w:w="4320" w:type="dxa"/>
          </w:tcPr>
          <w:p w14:paraId="620B6466" w14:textId="77777777" w:rsidR="00632E22" w:rsidRDefault="000A68C8">
            <w:r>
              <w:t>tu</w:t>
            </w:r>
          </w:p>
        </w:tc>
        <w:tc>
          <w:tcPr>
            <w:tcW w:w="4320" w:type="dxa"/>
          </w:tcPr>
          <w:p w14:paraId="6A177A6A" w14:textId="77777777" w:rsidR="00632E22" w:rsidRDefault="000A68C8">
            <w:r>
              <w:t>you</w:t>
            </w:r>
          </w:p>
        </w:tc>
      </w:tr>
      <w:tr w:rsidR="00632E22" w14:paraId="2CFA0D00" w14:textId="77777777">
        <w:tc>
          <w:tcPr>
            <w:tcW w:w="4320" w:type="dxa"/>
          </w:tcPr>
          <w:p w14:paraId="61D06889" w14:textId="77777777" w:rsidR="00632E22" w:rsidRDefault="000A68C8">
            <w:r>
              <w:t>bonjour</w:t>
            </w:r>
          </w:p>
        </w:tc>
        <w:tc>
          <w:tcPr>
            <w:tcW w:w="4320" w:type="dxa"/>
          </w:tcPr>
          <w:p w14:paraId="13472F9B" w14:textId="77777777" w:rsidR="00632E22" w:rsidRDefault="000A68C8">
            <w:r>
              <w:t>hello</w:t>
            </w:r>
          </w:p>
        </w:tc>
      </w:tr>
      <w:tr w:rsidR="00632E22" w14:paraId="32EE5894" w14:textId="77777777">
        <w:tc>
          <w:tcPr>
            <w:tcW w:w="4320" w:type="dxa"/>
          </w:tcPr>
          <w:p w14:paraId="0FD17B9D" w14:textId="77777777" w:rsidR="00632E22" w:rsidRDefault="000A68C8">
            <w:r>
              <w:t>bonsoir</w:t>
            </w:r>
          </w:p>
        </w:tc>
        <w:tc>
          <w:tcPr>
            <w:tcW w:w="4320" w:type="dxa"/>
          </w:tcPr>
          <w:p w14:paraId="727FFBDE" w14:textId="77777777" w:rsidR="00632E22" w:rsidRDefault="000A68C8">
            <w:r>
              <w:t>good evening</w:t>
            </w:r>
          </w:p>
        </w:tc>
      </w:tr>
      <w:tr w:rsidR="00632E22" w14:paraId="11CA2F18" w14:textId="77777777">
        <w:tc>
          <w:tcPr>
            <w:tcW w:w="4320" w:type="dxa"/>
          </w:tcPr>
          <w:p w14:paraId="7CC8F303" w14:textId="77777777" w:rsidR="00632E22" w:rsidRDefault="000A68C8">
            <w:r>
              <w:t>bonne nuit</w:t>
            </w:r>
          </w:p>
        </w:tc>
        <w:tc>
          <w:tcPr>
            <w:tcW w:w="4320" w:type="dxa"/>
          </w:tcPr>
          <w:p w14:paraId="441FC4B5" w14:textId="77777777" w:rsidR="00632E22" w:rsidRDefault="000A68C8">
            <w:r>
              <w:t>good night</w:t>
            </w:r>
          </w:p>
        </w:tc>
      </w:tr>
      <w:tr w:rsidR="00632E22" w14:paraId="18FD23A0" w14:textId="77777777">
        <w:tc>
          <w:tcPr>
            <w:tcW w:w="4320" w:type="dxa"/>
          </w:tcPr>
          <w:p w14:paraId="147D6F4F" w14:textId="77777777" w:rsidR="00632E22" w:rsidRDefault="000A68C8">
            <w:r>
              <w:t>je m'appelle</w:t>
            </w:r>
          </w:p>
        </w:tc>
        <w:tc>
          <w:tcPr>
            <w:tcW w:w="4320" w:type="dxa"/>
          </w:tcPr>
          <w:p w14:paraId="2B23D708" w14:textId="77777777" w:rsidR="00632E22" w:rsidRDefault="000A68C8">
            <w:r>
              <w:t>my name is</w:t>
            </w:r>
          </w:p>
        </w:tc>
      </w:tr>
      <w:tr w:rsidR="00632E22" w14:paraId="1B33FF2E" w14:textId="77777777">
        <w:tc>
          <w:tcPr>
            <w:tcW w:w="4320" w:type="dxa"/>
          </w:tcPr>
          <w:p w14:paraId="424C832C" w14:textId="77777777" w:rsidR="00632E22" w:rsidRDefault="000A68C8">
            <w:r>
              <w:t>ça va bien</w:t>
            </w:r>
          </w:p>
        </w:tc>
        <w:tc>
          <w:tcPr>
            <w:tcW w:w="4320" w:type="dxa"/>
          </w:tcPr>
          <w:p w14:paraId="0C5104DB" w14:textId="77777777" w:rsidR="00632E22" w:rsidRDefault="000A68C8">
            <w:r>
              <w:t>I am fine</w:t>
            </w:r>
          </w:p>
        </w:tc>
      </w:tr>
      <w:tr w:rsidR="00632E22" w14:paraId="359CD167" w14:textId="77777777">
        <w:tc>
          <w:tcPr>
            <w:tcW w:w="4320" w:type="dxa"/>
          </w:tcPr>
          <w:p w14:paraId="34D15556" w14:textId="77777777" w:rsidR="00632E22" w:rsidRDefault="000A68C8">
            <w:r>
              <w:t>ça va très bien</w:t>
            </w:r>
          </w:p>
        </w:tc>
        <w:tc>
          <w:tcPr>
            <w:tcW w:w="4320" w:type="dxa"/>
          </w:tcPr>
          <w:p w14:paraId="5DC3A4F9" w14:textId="77777777" w:rsidR="00632E22" w:rsidRDefault="000A68C8">
            <w:r>
              <w:t>I am very well</w:t>
            </w:r>
          </w:p>
        </w:tc>
      </w:tr>
      <w:tr w:rsidR="00632E22" w14:paraId="089036CB" w14:textId="77777777">
        <w:tc>
          <w:tcPr>
            <w:tcW w:w="4320" w:type="dxa"/>
          </w:tcPr>
          <w:p w14:paraId="5C1A3A4D" w14:textId="77777777" w:rsidR="00632E22" w:rsidRDefault="000A68C8">
            <w:r>
              <w:t>comme ci, comme ça</w:t>
            </w:r>
          </w:p>
        </w:tc>
        <w:tc>
          <w:tcPr>
            <w:tcW w:w="4320" w:type="dxa"/>
          </w:tcPr>
          <w:p w14:paraId="753B8CA9" w14:textId="77777777" w:rsidR="00632E22" w:rsidRDefault="000A68C8">
            <w:r>
              <w:t>so-so</w:t>
            </w:r>
          </w:p>
        </w:tc>
      </w:tr>
      <w:tr w:rsidR="00632E22" w14:paraId="382D2EF2" w14:textId="77777777">
        <w:tc>
          <w:tcPr>
            <w:tcW w:w="4320" w:type="dxa"/>
          </w:tcPr>
          <w:p w14:paraId="1F92C5EA" w14:textId="77777777" w:rsidR="00632E22" w:rsidRDefault="000A68C8">
            <w:r>
              <w:t>ça va mal</w:t>
            </w:r>
          </w:p>
        </w:tc>
        <w:tc>
          <w:tcPr>
            <w:tcW w:w="4320" w:type="dxa"/>
          </w:tcPr>
          <w:p w14:paraId="5CBF7660" w14:textId="77777777" w:rsidR="00632E22" w:rsidRDefault="000A68C8">
            <w:r>
              <w:t>not OK</w:t>
            </w:r>
          </w:p>
        </w:tc>
      </w:tr>
      <w:tr w:rsidR="00632E22" w14:paraId="3F3F4FEC" w14:textId="77777777">
        <w:tc>
          <w:tcPr>
            <w:tcW w:w="4320" w:type="dxa"/>
          </w:tcPr>
          <w:p w14:paraId="386ECD3C" w14:textId="77777777" w:rsidR="00632E22" w:rsidRDefault="000A68C8">
            <w:r>
              <w:t>ça va très mal</w:t>
            </w:r>
          </w:p>
        </w:tc>
        <w:tc>
          <w:tcPr>
            <w:tcW w:w="4320" w:type="dxa"/>
          </w:tcPr>
          <w:p w14:paraId="0DC4500A" w14:textId="77777777" w:rsidR="00632E22" w:rsidRDefault="000A68C8">
            <w:r>
              <w:t>really not OK</w:t>
            </w:r>
          </w:p>
        </w:tc>
      </w:tr>
      <w:tr w:rsidR="00632E22" w14:paraId="52E4FDD2" w14:textId="77777777">
        <w:tc>
          <w:tcPr>
            <w:tcW w:w="4320" w:type="dxa"/>
          </w:tcPr>
          <w:p w14:paraId="7AE9E4BA" w14:textId="77777777" w:rsidR="00632E22" w:rsidRDefault="000A68C8">
            <w:r>
              <w:t>au revoir</w:t>
            </w:r>
          </w:p>
        </w:tc>
        <w:tc>
          <w:tcPr>
            <w:tcW w:w="4320" w:type="dxa"/>
          </w:tcPr>
          <w:p w14:paraId="79F8A529" w14:textId="77777777" w:rsidR="00632E22" w:rsidRDefault="000A68C8">
            <w:r>
              <w:t>goodbye</w:t>
            </w:r>
          </w:p>
        </w:tc>
      </w:tr>
      <w:tr w:rsidR="00632E22" w14:paraId="12361A49" w14:textId="77777777">
        <w:tc>
          <w:tcPr>
            <w:tcW w:w="4320" w:type="dxa"/>
          </w:tcPr>
          <w:p w14:paraId="35EA38BB" w14:textId="77777777" w:rsidR="00632E22" w:rsidRDefault="000A68C8">
            <w:r>
              <w:t>c'est</w:t>
            </w:r>
          </w:p>
        </w:tc>
        <w:tc>
          <w:tcPr>
            <w:tcW w:w="4320" w:type="dxa"/>
          </w:tcPr>
          <w:p w14:paraId="758F36CC" w14:textId="77777777" w:rsidR="00632E22" w:rsidRDefault="000A68C8">
            <w:r>
              <w:t>it is</w:t>
            </w:r>
          </w:p>
        </w:tc>
      </w:tr>
      <w:tr w:rsidR="00632E22" w14:paraId="3D8CFB71" w14:textId="77777777">
        <w:tc>
          <w:tcPr>
            <w:tcW w:w="4320" w:type="dxa"/>
          </w:tcPr>
          <w:p w14:paraId="409B24D5" w14:textId="77777777" w:rsidR="00632E22" w:rsidRDefault="000A68C8">
            <w:r>
              <w:t>Comment tu t'appelles ?</w:t>
            </w:r>
          </w:p>
        </w:tc>
        <w:tc>
          <w:tcPr>
            <w:tcW w:w="4320" w:type="dxa"/>
          </w:tcPr>
          <w:p w14:paraId="1AE0CFB4" w14:textId="77777777" w:rsidR="00632E22" w:rsidRDefault="000A68C8">
            <w:r>
              <w:t>What is your name?</w:t>
            </w:r>
          </w:p>
        </w:tc>
      </w:tr>
      <w:tr w:rsidR="00632E22" w14:paraId="4280558E" w14:textId="77777777">
        <w:tc>
          <w:tcPr>
            <w:tcW w:w="4320" w:type="dxa"/>
          </w:tcPr>
          <w:p w14:paraId="6496E9BA" w14:textId="77777777" w:rsidR="00632E22" w:rsidRDefault="000A68C8">
            <w:r>
              <w:t>Ça va ?</w:t>
            </w:r>
          </w:p>
        </w:tc>
        <w:tc>
          <w:tcPr>
            <w:tcW w:w="4320" w:type="dxa"/>
          </w:tcPr>
          <w:p w14:paraId="0C916FF2" w14:textId="77777777" w:rsidR="00632E22" w:rsidRDefault="000A68C8">
            <w:r>
              <w:t>How are you?</w:t>
            </w:r>
          </w:p>
        </w:tc>
      </w:tr>
    </w:tbl>
    <w:p w14:paraId="505EFCBB" w14:textId="77777777" w:rsidR="00632E22" w:rsidRDefault="000A68C8">
      <w:pPr>
        <w:pStyle w:val="Heading2"/>
      </w:pPr>
      <w:r>
        <w:t>Cycle A - Adjectives of colour, size and shape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632E22" w14:paraId="431CA052" w14:textId="77777777">
        <w:tc>
          <w:tcPr>
            <w:tcW w:w="4320" w:type="dxa"/>
          </w:tcPr>
          <w:p w14:paraId="67126B19" w14:textId="77777777" w:rsidR="00632E22" w:rsidRDefault="000A68C8">
            <w:r>
              <w:t>French</w:t>
            </w:r>
          </w:p>
        </w:tc>
        <w:tc>
          <w:tcPr>
            <w:tcW w:w="4320" w:type="dxa"/>
          </w:tcPr>
          <w:p w14:paraId="48A37DC4" w14:textId="77777777" w:rsidR="00632E22" w:rsidRDefault="000A68C8">
            <w:r>
              <w:t>English</w:t>
            </w:r>
          </w:p>
        </w:tc>
      </w:tr>
      <w:tr w:rsidR="00632E22" w14:paraId="4B8AC927" w14:textId="77777777">
        <w:tc>
          <w:tcPr>
            <w:tcW w:w="4320" w:type="dxa"/>
          </w:tcPr>
          <w:p w14:paraId="3C3F34A5" w14:textId="77777777" w:rsidR="00632E22" w:rsidRDefault="000A68C8">
            <w:r>
              <w:t>grand</w:t>
            </w:r>
          </w:p>
        </w:tc>
        <w:tc>
          <w:tcPr>
            <w:tcW w:w="4320" w:type="dxa"/>
          </w:tcPr>
          <w:p w14:paraId="5FD36306" w14:textId="77777777" w:rsidR="00632E22" w:rsidRDefault="000A68C8">
            <w:r>
              <w:t>big</w:t>
            </w:r>
          </w:p>
        </w:tc>
      </w:tr>
      <w:tr w:rsidR="00632E22" w14:paraId="622187C4" w14:textId="77777777">
        <w:tc>
          <w:tcPr>
            <w:tcW w:w="4320" w:type="dxa"/>
          </w:tcPr>
          <w:p w14:paraId="2653AD31" w14:textId="77777777" w:rsidR="00632E22" w:rsidRDefault="000A68C8">
            <w:r>
              <w:t>petit</w:t>
            </w:r>
          </w:p>
        </w:tc>
        <w:tc>
          <w:tcPr>
            <w:tcW w:w="4320" w:type="dxa"/>
          </w:tcPr>
          <w:p w14:paraId="73280A56" w14:textId="77777777" w:rsidR="00632E22" w:rsidRDefault="000A68C8">
            <w:r>
              <w:t>small</w:t>
            </w:r>
          </w:p>
        </w:tc>
      </w:tr>
      <w:tr w:rsidR="00632E22" w14:paraId="08D670E6" w14:textId="77777777">
        <w:tc>
          <w:tcPr>
            <w:tcW w:w="4320" w:type="dxa"/>
          </w:tcPr>
          <w:p w14:paraId="3B62543A" w14:textId="77777777" w:rsidR="00632E22" w:rsidRDefault="000A68C8">
            <w:r>
              <w:t>rouge</w:t>
            </w:r>
          </w:p>
        </w:tc>
        <w:tc>
          <w:tcPr>
            <w:tcW w:w="4320" w:type="dxa"/>
          </w:tcPr>
          <w:p w14:paraId="46460FBC" w14:textId="77777777" w:rsidR="00632E22" w:rsidRDefault="000A68C8">
            <w:r>
              <w:t>red</w:t>
            </w:r>
          </w:p>
        </w:tc>
      </w:tr>
      <w:tr w:rsidR="00632E22" w14:paraId="220F7AFB" w14:textId="77777777">
        <w:tc>
          <w:tcPr>
            <w:tcW w:w="4320" w:type="dxa"/>
          </w:tcPr>
          <w:p w14:paraId="25B5D39D" w14:textId="77777777" w:rsidR="00632E22" w:rsidRDefault="000A68C8">
            <w:r>
              <w:t>bleu</w:t>
            </w:r>
          </w:p>
        </w:tc>
        <w:tc>
          <w:tcPr>
            <w:tcW w:w="4320" w:type="dxa"/>
          </w:tcPr>
          <w:p w14:paraId="4B840062" w14:textId="77777777" w:rsidR="00632E22" w:rsidRDefault="000A68C8">
            <w:r>
              <w:t>blue</w:t>
            </w:r>
          </w:p>
        </w:tc>
      </w:tr>
      <w:tr w:rsidR="00632E22" w14:paraId="3B75BBAD" w14:textId="77777777">
        <w:tc>
          <w:tcPr>
            <w:tcW w:w="4320" w:type="dxa"/>
          </w:tcPr>
          <w:p w14:paraId="46EDBEAF" w14:textId="77777777" w:rsidR="00632E22" w:rsidRDefault="000A68C8">
            <w:r>
              <w:t>jaune</w:t>
            </w:r>
          </w:p>
        </w:tc>
        <w:tc>
          <w:tcPr>
            <w:tcW w:w="4320" w:type="dxa"/>
          </w:tcPr>
          <w:p w14:paraId="29B90EB3" w14:textId="77777777" w:rsidR="00632E22" w:rsidRDefault="000A68C8">
            <w:r>
              <w:t>yellow</w:t>
            </w:r>
          </w:p>
        </w:tc>
      </w:tr>
      <w:tr w:rsidR="00632E22" w14:paraId="48136678" w14:textId="77777777">
        <w:tc>
          <w:tcPr>
            <w:tcW w:w="4320" w:type="dxa"/>
          </w:tcPr>
          <w:p w14:paraId="2EAD9CBD" w14:textId="77777777" w:rsidR="00632E22" w:rsidRDefault="000A68C8">
            <w:r>
              <w:t>vert</w:t>
            </w:r>
          </w:p>
        </w:tc>
        <w:tc>
          <w:tcPr>
            <w:tcW w:w="4320" w:type="dxa"/>
          </w:tcPr>
          <w:p w14:paraId="5562BDAD" w14:textId="77777777" w:rsidR="00632E22" w:rsidRDefault="000A68C8">
            <w:r>
              <w:t>green</w:t>
            </w:r>
          </w:p>
        </w:tc>
      </w:tr>
      <w:tr w:rsidR="00632E22" w14:paraId="26356119" w14:textId="77777777">
        <w:tc>
          <w:tcPr>
            <w:tcW w:w="4320" w:type="dxa"/>
          </w:tcPr>
          <w:p w14:paraId="2B4EF485" w14:textId="77777777" w:rsidR="00632E22" w:rsidRDefault="000A68C8">
            <w:r>
              <w:t>blanc</w:t>
            </w:r>
          </w:p>
        </w:tc>
        <w:tc>
          <w:tcPr>
            <w:tcW w:w="4320" w:type="dxa"/>
          </w:tcPr>
          <w:p w14:paraId="0F074D83" w14:textId="77777777" w:rsidR="00632E22" w:rsidRDefault="000A68C8">
            <w:r>
              <w:t>white</w:t>
            </w:r>
          </w:p>
        </w:tc>
      </w:tr>
      <w:tr w:rsidR="00632E22" w14:paraId="23EF9D70" w14:textId="77777777">
        <w:tc>
          <w:tcPr>
            <w:tcW w:w="4320" w:type="dxa"/>
          </w:tcPr>
          <w:p w14:paraId="68DAD2FF" w14:textId="77777777" w:rsidR="00632E22" w:rsidRDefault="000A68C8">
            <w:r>
              <w:t>noir</w:t>
            </w:r>
          </w:p>
        </w:tc>
        <w:tc>
          <w:tcPr>
            <w:tcW w:w="4320" w:type="dxa"/>
          </w:tcPr>
          <w:p w14:paraId="2DDD7574" w14:textId="77777777" w:rsidR="00632E22" w:rsidRDefault="000A68C8">
            <w:r>
              <w:t>black</w:t>
            </w:r>
          </w:p>
        </w:tc>
      </w:tr>
      <w:tr w:rsidR="00632E22" w14:paraId="6FE11F23" w14:textId="77777777">
        <w:tc>
          <w:tcPr>
            <w:tcW w:w="4320" w:type="dxa"/>
          </w:tcPr>
          <w:p w14:paraId="3A77914D" w14:textId="77777777" w:rsidR="00632E22" w:rsidRDefault="000A68C8">
            <w:r>
              <w:t>orange</w:t>
            </w:r>
          </w:p>
        </w:tc>
        <w:tc>
          <w:tcPr>
            <w:tcW w:w="4320" w:type="dxa"/>
          </w:tcPr>
          <w:p w14:paraId="180E18FB" w14:textId="77777777" w:rsidR="00632E22" w:rsidRDefault="000A68C8">
            <w:r>
              <w:t>orange</w:t>
            </w:r>
          </w:p>
        </w:tc>
      </w:tr>
      <w:tr w:rsidR="00632E22" w14:paraId="41152B79" w14:textId="77777777">
        <w:tc>
          <w:tcPr>
            <w:tcW w:w="4320" w:type="dxa"/>
          </w:tcPr>
          <w:p w14:paraId="2A746645" w14:textId="77777777" w:rsidR="00632E22" w:rsidRDefault="000A68C8">
            <w:r>
              <w:t>violet</w:t>
            </w:r>
          </w:p>
        </w:tc>
        <w:tc>
          <w:tcPr>
            <w:tcW w:w="4320" w:type="dxa"/>
          </w:tcPr>
          <w:p w14:paraId="4E8435EA" w14:textId="77777777" w:rsidR="00632E22" w:rsidRDefault="000A68C8">
            <w:r>
              <w:t>purple</w:t>
            </w:r>
          </w:p>
        </w:tc>
      </w:tr>
      <w:tr w:rsidR="00632E22" w14:paraId="65360DD3" w14:textId="77777777">
        <w:tc>
          <w:tcPr>
            <w:tcW w:w="4320" w:type="dxa"/>
          </w:tcPr>
          <w:p w14:paraId="64319626" w14:textId="77777777" w:rsidR="00632E22" w:rsidRDefault="000A68C8">
            <w:r>
              <w:t>rose</w:t>
            </w:r>
          </w:p>
        </w:tc>
        <w:tc>
          <w:tcPr>
            <w:tcW w:w="4320" w:type="dxa"/>
          </w:tcPr>
          <w:p w14:paraId="5D5A1DCC" w14:textId="77777777" w:rsidR="00632E22" w:rsidRDefault="000A68C8">
            <w:r>
              <w:t>pink</w:t>
            </w:r>
          </w:p>
        </w:tc>
      </w:tr>
      <w:tr w:rsidR="00632E22" w14:paraId="06D9DFAB" w14:textId="77777777">
        <w:tc>
          <w:tcPr>
            <w:tcW w:w="4320" w:type="dxa"/>
          </w:tcPr>
          <w:p w14:paraId="65BD3503" w14:textId="77777777" w:rsidR="00632E22" w:rsidRDefault="000A68C8">
            <w:r>
              <w:t>brun</w:t>
            </w:r>
          </w:p>
        </w:tc>
        <w:tc>
          <w:tcPr>
            <w:tcW w:w="4320" w:type="dxa"/>
          </w:tcPr>
          <w:p w14:paraId="26A79A5E" w14:textId="77777777" w:rsidR="00632E22" w:rsidRDefault="000A68C8">
            <w:r>
              <w:t>brown</w:t>
            </w:r>
          </w:p>
        </w:tc>
      </w:tr>
      <w:tr w:rsidR="00632E22" w14:paraId="6A459767" w14:textId="77777777">
        <w:tc>
          <w:tcPr>
            <w:tcW w:w="4320" w:type="dxa"/>
          </w:tcPr>
          <w:p w14:paraId="6F665C97" w14:textId="77777777" w:rsidR="00632E22" w:rsidRDefault="000A68C8">
            <w:r>
              <w:t>un cercle</w:t>
            </w:r>
          </w:p>
        </w:tc>
        <w:tc>
          <w:tcPr>
            <w:tcW w:w="4320" w:type="dxa"/>
          </w:tcPr>
          <w:p w14:paraId="44FAF2E8" w14:textId="77777777" w:rsidR="00632E22" w:rsidRDefault="000A68C8">
            <w:r>
              <w:t>circle</w:t>
            </w:r>
          </w:p>
        </w:tc>
      </w:tr>
      <w:tr w:rsidR="00632E22" w14:paraId="023E0593" w14:textId="77777777">
        <w:tc>
          <w:tcPr>
            <w:tcW w:w="4320" w:type="dxa"/>
          </w:tcPr>
          <w:p w14:paraId="0ACE448E" w14:textId="77777777" w:rsidR="00632E22" w:rsidRDefault="000A68C8">
            <w:r>
              <w:t>un carré</w:t>
            </w:r>
          </w:p>
        </w:tc>
        <w:tc>
          <w:tcPr>
            <w:tcW w:w="4320" w:type="dxa"/>
          </w:tcPr>
          <w:p w14:paraId="2628B1E9" w14:textId="77777777" w:rsidR="00632E22" w:rsidRDefault="000A68C8">
            <w:r>
              <w:t>square</w:t>
            </w:r>
          </w:p>
        </w:tc>
      </w:tr>
      <w:tr w:rsidR="00632E22" w14:paraId="0BDAB9CA" w14:textId="77777777">
        <w:tc>
          <w:tcPr>
            <w:tcW w:w="4320" w:type="dxa"/>
          </w:tcPr>
          <w:p w14:paraId="20688849" w14:textId="77777777" w:rsidR="00632E22" w:rsidRDefault="000A68C8">
            <w:r>
              <w:t>un rectangle</w:t>
            </w:r>
          </w:p>
        </w:tc>
        <w:tc>
          <w:tcPr>
            <w:tcW w:w="4320" w:type="dxa"/>
          </w:tcPr>
          <w:p w14:paraId="65410E9E" w14:textId="77777777" w:rsidR="00632E22" w:rsidRDefault="000A68C8">
            <w:r>
              <w:t>rectangle</w:t>
            </w:r>
          </w:p>
        </w:tc>
      </w:tr>
      <w:tr w:rsidR="00632E22" w14:paraId="3A24530C" w14:textId="77777777">
        <w:tc>
          <w:tcPr>
            <w:tcW w:w="4320" w:type="dxa"/>
          </w:tcPr>
          <w:p w14:paraId="61162D8F" w14:textId="77777777" w:rsidR="00632E22" w:rsidRDefault="000A68C8">
            <w:r>
              <w:t>un triangle</w:t>
            </w:r>
          </w:p>
        </w:tc>
        <w:tc>
          <w:tcPr>
            <w:tcW w:w="4320" w:type="dxa"/>
          </w:tcPr>
          <w:p w14:paraId="2ADEA31D" w14:textId="77777777" w:rsidR="00632E22" w:rsidRDefault="000A68C8">
            <w:r>
              <w:t>triangle</w:t>
            </w:r>
          </w:p>
        </w:tc>
      </w:tr>
    </w:tbl>
    <w:p w14:paraId="0FC62475" w14:textId="77777777" w:rsidR="007F0E3F" w:rsidRDefault="007F0E3F">
      <w:pPr>
        <w:pStyle w:val="Heading2"/>
      </w:pPr>
    </w:p>
    <w:p w14:paraId="7835EBF1" w14:textId="77777777" w:rsidR="007F0E3F" w:rsidRDefault="007F0E3F">
      <w:pPr>
        <w:pStyle w:val="Heading2"/>
      </w:pPr>
    </w:p>
    <w:p w14:paraId="488073C3" w14:textId="77777777" w:rsidR="007F0E3F" w:rsidRDefault="007F0E3F">
      <w:pPr>
        <w:pStyle w:val="Heading2"/>
      </w:pPr>
    </w:p>
    <w:p w14:paraId="1E92C017" w14:textId="47A9647A" w:rsidR="00632E22" w:rsidRDefault="000A68C8">
      <w:pPr>
        <w:pStyle w:val="Heading2"/>
      </w:pPr>
      <w:r>
        <w:t>Cycle A - Playground games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632E22" w14:paraId="63394243" w14:textId="77777777">
        <w:tc>
          <w:tcPr>
            <w:tcW w:w="4320" w:type="dxa"/>
          </w:tcPr>
          <w:p w14:paraId="7EDFE5D4" w14:textId="77777777" w:rsidR="00632E22" w:rsidRDefault="000A68C8">
            <w:r>
              <w:t>French</w:t>
            </w:r>
          </w:p>
        </w:tc>
        <w:tc>
          <w:tcPr>
            <w:tcW w:w="4320" w:type="dxa"/>
          </w:tcPr>
          <w:p w14:paraId="6E80EE0C" w14:textId="77777777" w:rsidR="00632E22" w:rsidRDefault="000A68C8">
            <w:r>
              <w:t>English</w:t>
            </w:r>
          </w:p>
        </w:tc>
      </w:tr>
      <w:tr w:rsidR="00632E22" w14:paraId="0011317F" w14:textId="77777777">
        <w:tc>
          <w:tcPr>
            <w:tcW w:w="4320" w:type="dxa"/>
          </w:tcPr>
          <w:p w14:paraId="26AFE094" w14:textId="77777777" w:rsidR="00632E22" w:rsidRDefault="000A68C8">
            <w:r>
              <w:t>Combien ?</w:t>
            </w:r>
          </w:p>
        </w:tc>
        <w:tc>
          <w:tcPr>
            <w:tcW w:w="4320" w:type="dxa"/>
          </w:tcPr>
          <w:p w14:paraId="4447583F" w14:textId="77777777" w:rsidR="00632E22" w:rsidRDefault="000A68C8">
            <w:r>
              <w:t>How many?</w:t>
            </w:r>
          </w:p>
        </w:tc>
      </w:tr>
      <w:tr w:rsidR="00632E22" w14:paraId="1362D83D" w14:textId="77777777">
        <w:tc>
          <w:tcPr>
            <w:tcW w:w="4320" w:type="dxa"/>
          </w:tcPr>
          <w:p w14:paraId="2EA488FD" w14:textId="77777777" w:rsidR="00632E22" w:rsidRDefault="000A68C8">
            <w:r>
              <w:t>Tu as quel âge ?</w:t>
            </w:r>
          </w:p>
        </w:tc>
        <w:tc>
          <w:tcPr>
            <w:tcW w:w="4320" w:type="dxa"/>
          </w:tcPr>
          <w:p w14:paraId="7928200F" w14:textId="77777777" w:rsidR="00632E22" w:rsidRDefault="000A68C8">
            <w:r>
              <w:t>How old are you?</w:t>
            </w:r>
          </w:p>
        </w:tc>
      </w:tr>
      <w:tr w:rsidR="00632E22" w14:paraId="59F80DC9" w14:textId="77777777">
        <w:tc>
          <w:tcPr>
            <w:tcW w:w="4320" w:type="dxa"/>
          </w:tcPr>
          <w:p w14:paraId="520E4824" w14:textId="77777777" w:rsidR="00632E22" w:rsidRDefault="000A68C8">
            <w:r>
              <w:t>un</w:t>
            </w:r>
          </w:p>
        </w:tc>
        <w:tc>
          <w:tcPr>
            <w:tcW w:w="4320" w:type="dxa"/>
          </w:tcPr>
          <w:p w14:paraId="08F27ED3" w14:textId="77777777" w:rsidR="00632E22" w:rsidRDefault="000A68C8">
            <w:r>
              <w:t>one</w:t>
            </w:r>
          </w:p>
        </w:tc>
      </w:tr>
      <w:tr w:rsidR="00632E22" w14:paraId="12EF4044" w14:textId="77777777">
        <w:tc>
          <w:tcPr>
            <w:tcW w:w="4320" w:type="dxa"/>
          </w:tcPr>
          <w:p w14:paraId="1C35CD82" w14:textId="77777777" w:rsidR="00632E22" w:rsidRDefault="000A68C8">
            <w:r>
              <w:t>deux</w:t>
            </w:r>
          </w:p>
        </w:tc>
        <w:tc>
          <w:tcPr>
            <w:tcW w:w="4320" w:type="dxa"/>
          </w:tcPr>
          <w:p w14:paraId="5719C6DF" w14:textId="77777777" w:rsidR="00632E22" w:rsidRDefault="000A68C8">
            <w:r>
              <w:t>two</w:t>
            </w:r>
          </w:p>
        </w:tc>
      </w:tr>
      <w:tr w:rsidR="00632E22" w14:paraId="049D9E28" w14:textId="77777777">
        <w:tc>
          <w:tcPr>
            <w:tcW w:w="4320" w:type="dxa"/>
          </w:tcPr>
          <w:p w14:paraId="7F812FB7" w14:textId="77777777" w:rsidR="00632E22" w:rsidRDefault="000A68C8">
            <w:r>
              <w:t>trois</w:t>
            </w:r>
          </w:p>
        </w:tc>
        <w:tc>
          <w:tcPr>
            <w:tcW w:w="4320" w:type="dxa"/>
          </w:tcPr>
          <w:p w14:paraId="1A107678" w14:textId="77777777" w:rsidR="00632E22" w:rsidRDefault="000A68C8">
            <w:r>
              <w:t>three</w:t>
            </w:r>
          </w:p>
        </w:tc>
      </w:tr>
      <w:tr w:rsidR="00632E22" w14:paraId="11447B30" w14:textId="77777777">
        <w:tc>
          <w:tcPr>
            <w:tcW w:w="4320" w:type="dxa"/>
          </w:tcPr>
          <w:p w14:paraId="2DC91FBA" w14:textId="77777777" w:rsidR="00632E22" w:rsidRDefault="000A68C8">
            <w:r>
              <w:t>quatre</w:t>
            </w:r>
          </w:p>
        </w:tc>
        <w:tc>
          <w:tcPr>
            <w:tcW w:w="4320" w:type="dxa"/>
          </w:tcPr>
          <w:p w14:paraId="17D2E915" w14:textId="77777777" w:rsidR="00632E22" w:rsidRDefault="000A68C8">
            <w:r>
              <w:t>four</w:t>
            </w:r>
          </w:p>
        </w:tc>
      </w:tr>
      <w:tr w:rsidR="00632E22" w14:paraId="62A99238" w14:textId="77777777">
        <w:tc>
          <w:tcPr>
            <w:tcW w:w="4320" w:type="dxa"/>
          </w:tcPr>
          <w:p w14:paraId="0B368887" w14:textId="77777777" w:rsidR="00632E22" w:rsidRDefault="000A68C8">
            <w:r>
              <w:t>cinq</w:t>
            </w:r>
          </w:p>
        </w:tc>
        <w:tc>
          <w:tcPr>
            <w:tcW w:w="4320" w:type="dxa"/>
          </w:tcPr>
          <w:p w14:paraId="46205D56" w14:textId="77777777" w:rsidR="00632E22" w:rsidRDefault="000A68C8">
            <w:r>
              <w:t>five</w:t>
            </w:r>
          </w:p>
        </w:tc>
      </w:tr>
      <w:tr w:rsidR="00632E22" w14:paraId="49D702DC" w14:textId="77777777">
        <w:tc>
          <w:tcPr>
            <w:tcW w:w="4320" w:type="dxa"/>
          </w:tcPr>
          <w:p w14:paraId="1E5B505A" w14:textId="77777777" w:rsidR="00632E22" w:rsidRDefault="000A68C8">
            <w:r>
              <w:t>six</w:t>
            </w:r>
          </w:p>
        </w:tc>
        <w:tc>
          <w:tcPr>
            <w:tcW w:w="4320" w:type="dxa"/>
          </w:tcPr>
          <w:p w14:paraId="302656A7" w14:textId="77777777" w:rsidR="00632E22" w:rsidRDefault="000A68C8">
            <w:r>
              <w:t>six</w:t>
            </w:r>
          </w:p>
        </w:tc>
      </w:tr>
      <w:tr w:rsidR="00632E22" w14:paraId="535CC951" w14:textId="77777777">
        <w:tc>
          <w:tcPr>
            <w:tcW w:w="4320" w:type="dxa"/>
          </w:tcPr>
          <w:p w14:paraId="5895829E" w14:textId="77777777" w:rsidR="00632E22" w:rsidRDefault="000A68C8">
            <w:r>
              <w:t>sept</w:t>
            </w:r>
          </w:p>
        </w:tc>
        <w:tc>
          <w:tcPr>
            <w:tcW w:w="4320" w:type="dxa"/>
          </w:tcPr>
          <w:p w14:paraId="7AC0D949" w14:textId="77777777" w:rsidR="00632E22" w:rsidRDefault="000A68C8">
            <w:r>
              <w:t>seven</w:t>
            </w:r>
          </w:p>
        </w:tc>
      </w:tr>
      <w:tr w:rsidR="00632E22" w14:paraId="218613D7" w14:textId="77777777">
        <w:tc>
          <w:tcPr>
            <w:tcW w:w="4320" w:type="dxa"/>
          </w:tcPr>
          <w:p w14:paraId="29A415BF" w14:textId="77777777" w:rsidR="00632E22" w:rsidRDefault="000A68C8">
            <w:r>
              <w:t>huit</w:t>
            </w:r>
          </w:p>
        </w:tc>
        <w:tc>
          <w:tcPr>
            <w:tcW w:w="4320" w:type="dxa"/>
          </w:tcPr>
          <w:p w14:paraId="16E31AC1" w14:textId="77777777" w:rsidR="00632E22" w:rsidRDefault="000A68C8">
            <w:r>
              <w:t>eight</w:t>
            </w:r>
          </w:p>
        </w:tc>
      </w:tr>
      <w:tr w:rsidR="00632E22" w14:paraId="31EFF1A2" w14:textId="77777777">
        <w:tc>
          <w:tcPr>
            <w:tcW w:w="4320" w:type="dxa"/>
          </w:tcPr>
          <w:p w14:paraId="2FB3DBA6" w14:textId="77777777" w:rsidR="00632E22" w:rsidRDefault="000A68C8">
            <w:r>
              <w:t>neuf</w:t>
            </w:r>
          </w:p>
        </w:tc>
        <w:tc>
          <w:tcPr>
            <w:tcW w:w="4320" w:type="dxa"/>
          </w:tcPr>
          <w:p w14:paraId="21FE4028" w14:textId="77777777" w:rsidR="00632E22" w:rsidRDefault="000A68C8">
            <w:r>
              <w:t>nine</w:t>
            </w:r>
          </w:p>
        </w:tc>
      </w:tr>
      <w:tr w:rsidR="00632E22" w14:paraId="4416F4A0" w14:textId="77777777">
        <w:tc>
          <w:tcPr>
            <w:tcW w:w="4320" w:type="dxa"/>
          </w:tcPr>
          <w:p w14:paraId="5D15A90B" w14:textId="77777777" w:rsidR="00632E22" w:rsidRDefault="000A68C8">
            <w:r>
              <w:t>dix</w:t>
            </w:r>
          </w:p>
        </w:tc>
        <w:tc>
          <w:tcPr>
            <w:tcW w:w="4320" w:type="dxa"/>
          </w:tcPr>
          <w:p w14:paraId="2302F8FE" w14:textId="77777777" w:rsidR="00632E22" w:rsidRDefault="000A68C8">
            <w:r>
              <w:t>ten</w:t>
            </w:r>
          </w:p>
        </w:tc>
      </w:tr>
      <w:tr w:rsidR="00632E22" w14:paraId="6C8589AB" w14:textId="77777777">
        <w:tc>
          <w:tcPr>
            <w:tcW w:w="4320" w:type="dxa"/>
          </w:tcPr>
          <w:p w14:paraId="3FB37B7C" w14:textId="77777777" w:rsidR="00632E22" w:rsidRDefault="000A68C8">
            <w:r>
              <w:t>onze</w:t>
            </w:r>
          </w:p>
        </w:tc>
        <w:tc>
          <w:tcPr>
            <w:tcW w:w="4320" w:type="dxa"/>
          </w:tcPr>
          <w:p w14:paraId="63952A52" w14:textId="77777777" w:rsidR="00632E22" w:rsidRDefault="000A68C8">
            <w:r>
              <w:t>eleven</w:t>
            </w:r>
          </w:p>
        </w:tc>
      </w:tr>
      <w:tr w:rsidR="00632E22" w14:paraId="2E469126" w14:textId="77777777">
        <w:tc>
          <w:tcPr>
            <w:tcW w:w="4320" w:type="dxa"/>
          </w:tcPr>
          <w:p w14:paraId="59FF44F4" w14:textId="77777777" w:rsidR="00632E22" w:rsidRDefault="000A68C8">
            <w:r>
              <w:t>douze</w:t>
            </w:r>
          </w:p>
        </w:tc>
        <w:tc>
          <w:tcPr>
            <w:tcW w:w="4320" w:type="dxa"/>
          </w:tcPr>
          <w:p w14:paraId="31052AC5" w14:textId="77777777" w:rsidR="00632E22" w:rsidRDefault="000A68C8">
            <w:r>
              <w:t>twelve</w:t>
            </w:r>
          </w:p>
        </w:tc>
      </w:tr>
      <w:tr w:rsidR="00632E22" w14:paraId="08AFA6A3" w14:textId="77777777">
        <w:tc>
          <w:tcPr>
            <w:tcW w:w="4320" w:type="dxa"/>
          </w:tcPr>
          <w:p w14:paraId="643B2084" w14:textId="77777777" w:rsidR="00632E22" w:rsidRDefault="000A68C8">
            <w:r>
              <w:t>plus</w:t>
            </w:r>
          </w:p>
        </w:tc>
        <w:tc>
          <w:tcPr>
            <w:tcW w:w="4320" w:type="dxa"/>
          </w:tcPr>
          <w:p w14:paraId="4B5B4D41" w14:textId="77777777" w:rsidR="00632E22" w:rsidRDefault="000A68C8">
            <w:r>
              <w:t>plus</w:t>
            </w:r>
          </w:p>
        </w:tc>
      </w:tr>
      <w:tr w:rsidR="00632E22" w14:paraId="7A4E69E2" w14:textId="77777777">
        <w:tc>
          <w:tcPr>
            <w:tcW w:w="4320" w:type="dxa"/>
          </w:tcPr>
          <w:p w14:paraId="55985D88" w14:textId="77777777" w:rsidR="00632E22" w:rsidRDefault="000A68C8">
            <w:r>
              <w:t>moins</w:t>
            </w:r>
          </w:p>
        </w:tc>
        <w:tc>
          <w:tcPr>
            <w:tcW w:w="4320" w:type="dxa"/>
          </w:tcPr>
          <w:p w14:paraId="51490B96" w14:textId="77777777" w:rsidR="00632E22" w:rsidRDefault="000A68C8">
            <w:r>
              <w:t>minus</w:t>
            </w:r>
          </w:p>
        </w:tc>
      </w:tr>
      <w:tr w:rsidR="00632E22" w14:paraId="769B7129" w14:textId="77777777">
        <w:tc>
          <w:tcPr>
            <w:tcW w:w="4320" w:type="dxa"/>
          </w:tcPr>
          <w:p w14:paraId="2D40EEA0" w14:textId="77777777" w:rsidR="00632E22" w:rsidRDefault="000A68C8">
            <w:r>
              <w:t>et</w:t>
            </w:r>
          </w:p>
        </w:tc>
        <w:tc>
          <w:tcPr>
            <w:tcW w:w="4320" w:type="dxa"/>
          </w:tcPr>
          <w:p w14:paraId="2F0F3CC7" w14:textId="77777777" w:rsidR="00632E22" w:rsidRDefault="000A68C8">
            <w:r>
              <w:t>and</w:t>
            </w:r>
          </w:p>
        </w:tc>
      </w:tr>
      <w:tr w:rsidR="00632E22" w14:paraId="0660E148" w14:textId="77777777">
        <w:tc>
          <w:tcPr>
            <w:tcW w:w="4320" w:type="dxa"/>
          </w:tcPr>
          <w:p w14:paraId="44512E0D" w14:textId="77777777" w:rsidR="00632E22" w:rsidRDefault="000A68C8">
            <w:r>
              <w:t>font/égale</w:t>
            </w:r>
          </w:p>
        </w:tc>
        <w:tc>
          <w:tcPr>
            <w:tcW w:w="4320" w:type="dxa"/>
          </w:tcPr>
          <w:p w14:paraId="796081CF" w14:textId="77777777" w:rsidR="00632E22" w:rsidRDefault="000A68C8">
            <w:r>
              <w:t>equals</w:t>
            </w:r>
          </w:p>
        </w:tc>
      </w:tr>
    </w:tbl>
    <w:p w14:paraId="4DAF3D07" w14:textId="77777777" w:rsidR="00632E22" w:rsidRDefault="000A68C8">
      <w:pPr>
        <w:pStyle w:val="Heading2"/>
      </w:pPr>
      <w:r>
        <w:t>Cycle A - In a French classroom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632E22" w14:paraId="1577F741" w14:textId="77777777">
        <w:tc>
          <w:tcPr>
            <w:tcW w:w="4320" w:type="dxa"/>
          </w:tcPr>
          <w:p w14:paraId="56C52662" w14:textId="77777777" w:rsidR="00632E22" w:rsidRDefault="000A68C8">
            <w:r>
              <w:t>French</w:t>
            </w:r>
          </w:p>
        </w:tc>
        <w:tc>
          <w:tcPr>
            <w:tcW w:w="4320" w:type="dxa"/>
          </w:tcPr>
          <w:p w14:paraId="645E6C92" w14:textId="77777777" w:rsidR="00632E22" w:rsidRDefault="000A68C8">
            <w:r>
              <w:t>English</w:t>
            </w:r>
          </w:p>
        </w:tc>
      </w:tr>
      <w:tr w:rsidR="00632E22" w14:paraId="12556703" w14:textId="77777777">
        <w:tc>
          <w:tcPr>
            <w:tcW w:w="4320" w:type="dxa"/>
          </w:tcPr>
          <w:p w14:paraId="365546C4" w14:textId="77777777" w:rsidR="00632E22" w:rsidRDefault="000A68C8">
            <w:r>
              <w:t>écoutez !</w:t>
            </w:r>
          </w:p>
        </w:tc>
        <w:tc>
          <w:tcPr>
            <w:tcW w:w="4320" w:type="dxa"/>
          </w:tcPr>
          <w:p w14:paraId="008891FE" w14:textId="77777777" w:rsidR="00632E22" w:rsidRDefault="000A68C8">
            <w:r>
              <w:t>listen</w:t>
            </w:r>
          </w:p>
        </w:tc>
      </w:tr>
      <w:tr w:rsidR="00632E22" w14:paraId="3526F141" w14:textId="77777777">
        <w:tc>
          <w:tcPr>
            <w:tcW w:w="4320" w:type="dxa"/>
          </w:tcPr>
          <w:p w14:paraId="715D983C" w14:textId="77777777" w:rsidR="00632E22" w:rsidRDefault="000A68C8">
            <w:r>
              <w:t>écrivez !</w:t>
            </w:r>
          </w:p>
        </w:tc>
        <w:tc>
          <w:tcPr>
            <w:tcW w:w="4320" w:type="dxa"/>
          </w:tcPr>
          <w:p w14:paraId="2EA61957" w14:textId="77777777" w:rsidR="00632E22" w:rsidRDefault="000A68C8">
            <w:r>
              <w:t>write</w:t>
            </w:r>
          </w:p>
        </w:tc>
      </w:tr>
      <w:tr w:rsidR="00632E22" w14:paraId="3361125D" w14:textId="77777777">
        <w:tc>
          <w:tcPr>
            <w:tcW w:w="4320" w:type="dxa"/>
          </w:tcPr>
          <w:p w14:paraId="32020B81" w14:textId="77777777" w:rsidR="00632E22" w:rsidRDefault="000A68C8">
            <w:r>
              <w:t>lisez !</w:t>
            </w:r>
          </w:p>
        </w:tc>
        <w:tc>
          <w:tcPr>
            <w:tcW w:w="4320" w:type="dxa"/>
          </w:tcPr>
          <w:p w14:paraId="138012E2" w14:textId="77777777" w:rsidR="00632E22" w:rsidRDefault="000A68C8">
            <w:r>
              <w:t>read</w:t>
            </w:r>
          </w:p>
        </w:tc>
      </w:tr>
      <w:tr w:rsidR="00632E22" w14:paraId="49EFDC8D" w14:textId="77777777">
        <w:tc>
          <w:tcPr>
            <w:tcW w:w="4320" w:type="dxa"/>
          </w:tcPr>
          <w:p w14:paraId="2E0A3E59" w14:textId="77777777" w:rsidR="00632E22" w:rsidRDefault="000A68C8">
            <w:r>
              <w:t>fermez !</w:t>
            </w:r>
          </w:p>
        </w:tc>
        <w:tc>
          <w:tcPr>
            <w:tcW w:w="4320" w:type="dxa"/>
          </w:tcPr>
          <w:p w14:paraId="5A069786" w14:textId="77777777" w:rsidR="00632E22" w:rsidRDefault="000A68C8">
            <w:r>
              <w:t>close</w:t>
            </w:r>
          </w:p>
        </w:tc>
      </w:tr>
      <w:tr w:rsidR="00632E22" w14:paraId="37A2A6B4" w14:textId="77777777">
        <w:tc>
          <w:tcPr>
            <w:tcW w:w="4320" w:type="dxa"/>
          </w:tcPr>
          <w:p w14:paraId="11ECE425" w14:textId="77777777" w:rsidR="00632E22" w:rsidRDefault="000A68C8">
            <w:r>
              <w:t>ouvrez !</w:t>
            </w:r>
          </w:p>
        </w:tc>
        <w:tc>
          <w:tcPr>
            <w:tcW w:w="4320" w:type="dxa"/>
          </w:tcPr>
          <w:p w14:paraId="47F90787" w14:textId="77777777" w:rsidR="00632E22" w:rsidRDefault="000A68C8">
            <w:r>
              <w:t>open</w:t>
            </w:r>
          </w:p>
        </w:tc>
      </w:tr>
      <w:tr w:rsidR="00632E22" w14:paraId="04A96D78" w14:textId="77777777">
        <w:tc>
          <w:tcPr>
            <w:tcW w:w="4320" w:type="dxa"/>
          </w:tcPr>
          <w:p w14:paraId="75E20700" w14:textId="77777777" w:rsidR="00632E22" w:rsidRDefault="000A68C8">
            <w:r>
              <w:t>parlez !</w:t>
            </w:r>
          </w:p>
        </w:tc>
        <w:tc>
          <w:tcPr>
            <w:tcW w:w="4320" w:type="dxa"/>
          </w:tcPr>
          <w:p w14:paraId="7B33935E" w14:textId="77777777" w:rsidR="00632E22" w:rsidRDefault="000A68C8">
            <w:r>
              <w:t>speak</w:t>
            </w:r>
          </w:p>
        </w:tc>
      </w:tr>
      <w:tr w:rsidR="00632E22" w14:paraId="13ACFD6A" w14:textId="77777777">
        <w:tc>
          <w:tcPr>
            <w:tcW w:w="4320" w:type="dxa"/>
          </w:tcPr>
          <w:p w14:paraId="72D952DB" w14:textId="77777777" w:rsidR="00632E22" w:rsidRDefault="000A68C8">
            <w:r>
              <w:t>regardez !</w:t>
            </w:r>
          </w:p>
        </w:tc>
        <w:tc>
          <w:tcPr>
            <w:tcW w:w="4320" w:type="dxa"/>
          </w:tcPr>
          <w:p w14:paraId="164C9997" w14:textId="77777777" w:rsidR="00632E22" w:rsidRDefault="000A68C8">
            <w:r>
              <w:t>look</w:t>
            </w:r>
          </w:p>
        </w:tc>
      </w:tr>
      <w:tr w:rsidR="00632E22" w14:paraId="0FCB28AE" w14:textId="77777777">
        <w:tc>
          <w:tcPr>
            <w:tcW w:w="4320" w:type="dxa"/>
          </w:tcPr>
          <w:p w14:paraId="6E8290E4" w14:textId="77777777" w:rsidR="00632E22" w:rsidRDefault="000A68C8">
            <w:r>
              <w:t>levez-vous !</w:t>
            </w:r>
          </w:p>
        </w:tc>
        <w:tc>
          <w:tcPr>
            <w:tcW w:w="4320" w:type="dxa"/>
          </w:tcPr>
          <w:p w14:paraId="21FD5C50" w14:textId="77777777" w:rsidR="00632E22" w:rsidRDefault="000A68C8">
            <w:r>
              <w:t>stand up</w:t>
            </w:r>
          </w:p>
        </w:tc>
      </w:tr>
      <w:tr w:rsidR="00632E22" w14:paraId="67795B37" w14:textId="77777777">
        <w:tc>
          <w:tcPr>
            <w:tcW w:w="4320" w:type="dxa"/>
          </w:tcPr>
          <w:p w14:paraId="7FE456DA" w14:textId="77777777" w:rsidR="00632E22" w:rsidRDefault="000A68C8">
            <w:r>
              <w:t>asseyez-vous !</w:t>
            </w:r>
          </w:p>
        </w:tc>
        <w:tc>
          <w:tcPr>
            <w:tcW w:w="4320" w:type="dxa"/>
          </w:tcPr>
          <w:p w14:paraId="75E4D983" w14:textId="77777777" w:rsidR="00632E22" w:rsidRDefault="000A68C8">
            <w:r>
              <w:t>sit down</w:t>
            </w:r>
          </w:p>
        </w:tc>
      </w:tr>
      <w:tr w:rsidR="00632E22" w14:paraId="5E3F44D6" w14:textId="77777777">
        <w:tc>
          <w:tcPr>
            <w:tcW w:w="4320" w:type="dxa"/>
          </w:tcPr>
          <w:p w14:paraId="35AD4B16" w14:textId="77777777" w:rsidR="00632E22" w:rsidRDefault="000A68C8">
            <w:r>
              <w:t>dans mon sac</w:t>
            </w:r>
          </w:p>
        </w:tc>
        <w:tc>
          <w:tcPr>
            <w:tcW w:w="4320" w:type="dxa"/>
          </w:tcPr>
          <w:p w14:paraId="5426595E" w14:textId="77777777" w:rsidR="00632E22" w:rsidRDefault="000A68C8">
            <w:r>
              <w:t>in my bag</w:t>
            </w:r>
          </w:p>
        </w:tc>
      </w:tr>
      <w:tr w:rsidR="00632E22" w14:paraId="4D3D9C23" w14:textId="77777777">
        <w:tc>
          <w:tcPr>
            <w:tcW w:w="4320" w:type="dxa"/>
          </w:tcPr>
          <w:p w14:paraId="3C40AFD7" w14:textId="77777777" w:rsidR="00632E22" w:rsidRDefault="000A68C8">
            <w:r>
              <w:t>j'ai</w:t>
            </w:r>
          </w:p>
        </w:tc>
        <w:tc>
          <w:tcPr>
            <w:tcW w:w="4320" w:type="dxa"/>
          </w:tcPr>
          <w:p w14:paraId="18A6ACBD" w14:textId="77777777" w:rsidR="00632E22" w:rsidRDefault="000A68C8">
            <w:r>
              <w:t>I have</w:t>
            </w:r>
          </w:p>
        </w:tc>
      </w:tr>
      <w:tr w:rsidR="00632E22" w14:paraId="4555D4A5" w14:textId="77777777">
        <w:tc>
          <w:tcPr>
            <w:tcW w:w="4320" w:type="dxa"/>
          </w:tcPr>
          <w:p w14:paraId="4F9BBD83" w14:textId="77777777" w:rsidR="00632E22" w:rsidRDefault="000A68C8">
            <w:r>
              <w:t>je n'ai pas de</w:t>
            </w:r>
          </w:p>
        </w:tc>
        <w:tc>
          <w:tcPr>
            <w:tcW w:w="4320" w:type="dxa"/>
          </w:tcPr>
          <w:p w14:paraId="24C2196B" w14:textId="77777777" w:rsidR="00632E22" w:rsidRDefault="000A68C8">
            <w:r>
              <w:t>I do not have</w:t>
            </w:r>
          </w:p>
        </w:tc>
      </w:tr>
      <w:tr w:rsidR="00632E22" w14:paraId="05E0A344" w14:textId="77777777">
        <w:tc>
          <w:tcPr>
            <w:tcW w:w="4320" w:type="dxa"/>
          </w:tcPr>
          <w:p w14:paraId="08CB8F51" w14:textId="77777777" w:rsidR="00632E22" w:rsidRDefault="000A68C8">
            <w:r>
              <w:t>mais</w:t>
            </w:r>
          </w:p>
        </w:tc>
        <w:tc>
          <w:tcPr>
            <w:tcW w:w="4320" w:type="dxa"/>
          </w:tcPr>
          <w:p w14:paraId="0445D3F2" w14:textId="77777777" w:rsidR="00632E22" w:rsidRDefault="000A68C8">
            <w:r>
              <w:t>but</w:t>
            </w:r>
          </w:p>
        </w:tc>
      </w:tr>
      <w:tr w:rsidR="00632E22" w14:paraId="021AD0BD" w14:textId="77777777">
        <w:tc>
          <w:tcPr>
            <w:tcW w:w="4320" w:type="dxa"/>
          </w:tcPr>
          <w:p w14:paraId="15E40B99" w14:textId="77777777" w:rsidR="00632E22" w:rsidRDefault="000A68C8">
            <w:r>
              <w:t>Tu as...?</w:t>
            </w:r>
          </w:p>
        </w:tc>
        <w:tc>
          <w:tcPr>
            <w:tcW w:w="4320" w:type="dxa"/>
          </w:tcPr>
          <w:p w14:paraId="689DA048" w14:textId="77777777" w:rsidR="00632E22" w:rsidRDefault="000A68C8">
            <w:r>
              <w:t>Do you have...?</w:t>
            </w:r>
          </w:p>
        </w:tc>
      </w:tr>
    </w:tbl>
    <w:p w14:paraId="46B75B90" w14:textId="77777777" w:rsidR="007F0E3F" w:rsidRDefault="007F0E3F">
      <w:pPr>
        <w:pStyle w:val="Heading2"/>
      </w:pPr>
    </w:p>
    <w:p w14:paraId="59C68952" w14:textId="02E5D8B5" w:rsidR="00632E22" w:rsidRDefault="000A68C8">
      <w:pPr>
        <w:pStyle w:val="Heading2"/>
      </w:pPr>
      <w:r>
        <w:t>Cycle A - Bon appétit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632E22" w14:paraId="6EAB67E8" w14:textId="77777777">
        <w:tc>
          <w:tcPr>
            <w:tcW w:w="4320" w:type="dxa"/>
          </w:tcPr>
          <w:p w14:paraId="308F0481" w14:textId="77777777" w:rsidR="00632E22" w:rsidRDefault="000A68C8">
            <w:r>
              <w:t>French</w:t>
            </w:r>
          </w:p>
        </w:tc>
        <w:tc>
          <w:tcPr>
            <w:tcW w:w="4320" w:type="dxa"/>
          </w:tcPr>
          <w:p w14:paraId="79ACA10D" w14:textId="77777777" w:rsidR="00632E22" w:rsidRDefault="000A68C8">
            <w:r>
              <w:t>English</w:t>
            </w:r>
          </w:p>
        </w:tc>
      </w:tr>
      <w:tr w:rsidR="00632E22" w14:paraId="6A6BED67" w14:textId="77777777">
        <w:tc>
          <w:tcPr>
            <w:tcW w:w="4320" w:type="dxa"/>
          </w:tcPr>
          <w:p w14:paraId="40BE169C" w14:textId="77777777" w:rsidR="00632E22" w:rsidRDefault="000A68C8">
            <w:r>
              <w:t>la tomate</w:t>
            </w:r>
          </w:p>
        </w:tc>
        <w:tc>
          <w:tcPr>
            <w:tcW w:w="4320" w:type="dxa"/>
          </w:tcPr>
          <w:p w14:paraId="577624BB" w14:textId="77777777" w:rsidR="00632E22" w:rsidRDefault="000A68C8">
            <w:r>
              <w:t>tomato</w:t>
            </w:r>
          </w:p>
        </w:tc>
      </w:tr>
      <w:tr w:rsidR="00632E22" w14:paraId="5C970D3B" w14:textId="77777777">
        <w:tc>
          <w:tcPr>
            <w:tcW w:w="4320" w:type="dxa"/>
          </w:tcPr>
          <w:p w14:paraId="497F6F98" w14:textId="77777777" w:rsidR="00632E22" w:rsidRDefault="000A68C8">
            <w:r>
              <w:t>la pomme</w:t>
            </w:r>
          </w:p>
        </w:tc>
        <w:tc>
          <w:tcPr>
            <w:tcW w:w="4320" w:type="dxa"/>
          </w:tcPr>
          <w:p w14:paraId="38E8F8A1" w14:textId="77777777" w:rsidR="00632E22" w:rsidRDefault="000A68C8">
            <w:r>
              <w:t>apple</w:t>
            </w:r>
          </w:p>
        </w:tc>
      </w:tr>
      <w:tr w:rsidR="00632E22" w14:paraId="5668E974" w14:textId="77777777">
        <w:tc>
          <w:tcPr>
            <w:tcW w:w="4320" w:type="dxa"/>
          </w:tcPr>
          <w:p w14:paraId="29E37AFC" w14:textId="77777777" w:rsidR="00632E22" w:rsidRDefault="000A68C8">
            <w:r>
              <w:t>la fraise</w:t>
            </w:r>
          </w:p>
        </w:tc>
        <w:tc>
          <w:tcPr>
            <w:tcW w:w="4320" w:type="dxa"/>
          </w:tcPr>
          <w:p w14:paraId="16F1D444" w14:textId="77777777" w:rsidR="00632E22" w:rsidRDefault="000A68C8">
            <w:r>
              <w:t>strawberry</w:t>
            </w:r>
          </w:p>
        </w:tc>
      </w:tr>
      <w:tr w:rsidR="00632E22" w14:paraId="399907F2" w14:textId="77777777">
        <w:tc>
          <w:tcPr>
            <w:tcW w:w="4320" w:type="dxa"/>
          </w:tcPr>
          <w:p w14:paraId="11D0DC30" w14:textId="77777777" w:rsidR="00632E22" w:rsidRDefault="000A68C8">
            <w:r>
              <w:t>le melon</w:t>
            </w:r>
          </w:p>
        </w:tc>
        <w:tc>
          <w:tcPr>
            <w:tcW w:w="4320" w:type="dxa"/>
          </w:tcPr>
          <w:p w14:paraId="149BD723" w14:textId="77777777" w:rsidR="00632E22" w:rsidRDefault="000A68C8">
            <w:r>
              <w:t>melon</w:t>
            </w:r>
          </w:p>
        </w:tc>
      </w:tr>
      <w:tr w:rsidR="00632E22" w14:paraId="4CFDD75D" w14:textId="77777777">
        <w:tc>
          <w:tcPr>
            <w:tcW w:w="4320" w:type="dxa"/>
          </w:tcPr>
          <w:p w14:paraId="3ED2AB87" w14:textId="77777777" w:rsidR="00632E22" w:rsidRDefault="000A68C8">
            <w:r>
              <w:t>le citron</w:t>
            </w:r>
          </w:p>
        </w:tc>
        <w:tc>
          <w:tcPr>
            <w:tcW w:w="4320" w:type="dxa"/>
          </w:tcPr>
          <w:p w14:paraId="330B2100" w14:textId="77777777" w:rsidR="00632E22" w:rsidRDefault="000A68C8">
            <w:r>
              <w:t>lemon</w:t>
            </w:r>
          </w:p>
        </w:tc>
      </w:tr>
      <w:tr w:rsidR="00632E22" w14:paraId="65459737" w14:textId="77777777">
        <w:tc>
          <w:tcPr>
            <w:tcW w:w="4320" w:type="dxa"/>
          </w:tcPr>
          <w:p w14:paraId="413BE6DF" w14:textId="77777777" w:rsidR="00632E22" w:rsidRDefault="000A68C8">
            <w:r>
              <w:t>l'orange</w:t>
            </w:r>
          </w:p>
        </w:tc>
        <w:tc>
          <w:tcPr>
            <w:tcW w:w="4320" w:type="dxa"/>
          </w:tcPr>
          <w:p w14:paraId="3214DBEB" w14:textId="77777777" w:rsidR="00632E22" w:rsidRDefault="000A68C8">
            <w:r>
              <w:t>orange</w:t>
            </w:r>
          </w:p>
        </w:tc>
      </w:tr>
      <w:tr w:rsidR="00632E22" w14:paraId="3E6FF453" w14:textId="77777777">
        <w:tc>
          <w:tcPr>
            <w:tcW w:w="4320" w:type="dxa"/>
          </w:tcPr>
          <w:p w14:paraId="39C718CF" w14:textId="77777777" w:rsidR="00632E22" w:rsidRDefault="000A68C8">
            <w:r>
              <w:t>aujourd'hui</w:t>
            </w:r>
          </w:p>
        </w:tc>
        <w:tc>
          <w:tcPr>
            <w:tcW w:w="4320" w:type="dxa"/>
          </w:tcPr>
          <w:p w14:paraId="260F9265" w14:textId="77777777" w:rsidR="00632E22" w:rsidRDefault="000A68C8">
            <w:r>
              <w:t>today</w:t>
            </w:r>
          </w:p>
        </w:tc>
      </w:tr>
      <w:tr w:rsidR="00632E22" w14:paraId="341F7AFC" w14:textId="77777777">
        <w:tc>
          <w:tcPr>
            <w:tcW w:w="4320" w:type="dxa"/>
          </w:tcPr>
          <w:p w14:paraId="67FCE081" w14:textId="77777777" w:rsidR="00632E22" w:rsidRDefault="000A68C8">
            <w:r>
              <w:t>demain</w:t>
            </w:r>
          </w:p>
        </w:tc>
        <w:tc>
          <w:tcPr>
            <w:tcW w:w="4320" w:type="dxa"/>
          </w:tcPr>
          <w:p w14:paraId="6B3D9239" w14:textId="77777777" w:rsidR="00632E22" w:rsidRDefault="000A68C8">
            <w:r>
              <w:t>tomorrow</w:t>
            </w:r>
          </w:p>
        </w:tc>
      </w:tr>
      <w:tr w:rsidR="00632E22" w14:paraId="284E2FE3" w14:textId="77777777">
        <w:tc>
          <w:tcPr>
            <w:tcW w:w="4320" w:type="dxa"/>
          </w:tcPr>
          <w:p w14:paraId="36BDED24" w14:textId="77777777" w:rsidR="00632E22" w:rsidRDefault="000A68C8">
            <w:r>
              <w:t>hier</w:t>
            </w:r>
          </w:p>
        </w:tc>
        <w:tc>
          <w:tcPr>
            <w:tcW w:w="4320" w:type="dxa"/>
          </w:tcPr>
          <w:p w14:paraId="2F3F3E85" w14:textId="77777777" w:rsidR="00632E22" w:rsidRDefault="000A68C8">
            <w:r>
              <w:t>yesterday</w:t>
            </w:r>
          </w:p>
        </w:tc>
      </w:tr>
      <w:tr w:rsidR="00632E22" w14:paraId="634D7076" w14:textId="77777777">
        <w:tc>
          <w:tcPr>
            <w:tcW w:w="4320" w:type="dxa"/>
          </w:tcPr>
          <w:p w14:paraId="5A8FDA73" w14:textId="77777777" w:rsidR="00632E22" w:rsidRDefault="000A68C8">
            <w:r>
              <w:t>lundi</w:t>
            </w:r>
          </w:p>
        </w:tc>
        <w:tc>
          <w:tcPr>
            <w:tcW w:w="4320" w:type="dxa"/>
          </w:tcPr>
          <w:p w14:paraId="5BBC5673" w14:textId="77777777" w:rsidR="00632E22" w:rsidRDefault="000A68C8">
            <w:r>
              <w:t>Monday</w:t>
            </w:r>
          </w:p>
        </w:tc>
      </w:tr>
      <w:tr w:rsidR="00632E22" w14:paraId="7901EBBF" w14:textId="77777777">
        <w:tc>
          <w:tcPr>
            <w:tcW w:w="4320" w:type="dxa"/>
          </w:tcPr>
          <w:p w14:paraId="2CE05448" w14:textId="77777777" w:rsidR="00632E22" w:rsidRDefault="000A68C8">
            <w:r>
              <w:t>mardi</w:t>
            </w:r>
          </w:p>
        </w:tc>
        <w:tc>
          <w:tcPr>
            <w:tcW w:w="4320" w:type="dxa"/>
          </w:tcPr>
          <w:p w14:paraId="350E19D6" w14:textId="77777777" w:rsidR="00632E22" w:rsidRDefault="000A68C8">
            <w:r>
              <w:t>Tuesday</w:t>
            </w:r>
          </w:p>
        </w:tc>
      </w:tr>
      <w:tr w:rsidR="00632E22" w14:paraId="259B8E25" w14:textId="77777777">
        <w:tc>
          <w:tcPr>
            <w:tcW w:w="4320" w:type="dxa"/>
          </w:tcPr>
          <w:p w14:paraId="59BE09C1" w14:textId="77777777" w:rsidR="00632E22" w:rsidRDefault="000A68C8">
            <w:r>
              <w:t>mercredi</w:t>
            </w:r>
          </w:p>
        </w:tc>
        <w:tc>
          <w:tcPr>
            <w:tcW w:w="4320" w:type="dxa"/>
          </w:tcPr>
          <w:p w14:paraId="6A890541" w14:textId="77777777" w:rsidR="00632E22" w:rsidRDefault="000A68C8">
            <w:r>
              <w:t>Wednesday</w:t>
            </w:r>
          </w:p>
        </w:tc>
      </w:tr>
      <w:tr w:rsidR="00632E22" w14:paraId="7E5E7BDB" w14:textId="77777777">
        <w:tc>
          <w:tcPr>
            <w:tcW w:w="4320" w:type="dxa"/>
          </w:tcPr>
          <w:p w14:paraId="5BA8DAC3" w14:textId="77777777" w:rsidR="00632E22" w:rsidRDefault="000A68C8">
            <w:r>
              <w:t>jeudi</w:t>
            </w:r>
          </w:p>
        </w:tc>
        <w:tc>
          <w:tcPr>
            <w:tcW w:w="4320" w:type="dxa"/>
          </w:tcPr>
          <w:p w14:paraId="77DD42F4" w14:textId="77777777" w:rsidR="00632E22" w:rsidRDefault="000A68C8">
            <w:r>
              <w:t>Thursday</w:t>
            </w:r>
          </w:p>
        </w:tc>
      </w:tr>
      <w:tr w:rsidR="00632E22" w14:paraId="15315308" w14:textId="77777777">
        <w:tc>
          <w:tcPr>
            <w:tcW w:w="4320" w:type="dxa"/>
          </w:tcPr>
          <w:p w14:paraId="09C26C16" w14:textId="77777777" w:rsidR="00632E22" w:rsidRDefault="000A68C8">
            <w:r>
              <w:t>vendredi</w:t>
            </w:r>
          </w:p>
        </w:tc>
        <w:tc>
          <w:tcPr>
            <w:tcW w:w="4320" w:type="dxa"/>
          </w:tcPr>
          <w:p w14:paraId="02B92E49" w14:textId="77777777" w:rsidR="00632E22" w:rsidRDefault="000A68C8">
            <w:r>
              <w:t>Friday</w:t>
            </w:r>
          </w:p>
        </w:tc>
      </w:tr>
      <w:tr w:rsidR="00632E22" w14:paraId="40598B05" w14:textId="77777777">
        <w:tc>
          <w:tcPr>
            <w:tcW w:w="4320" w:type="dxa"/>
          </w:tcPr>
          <w:p w14:paraId="204B0957" w14:textId="77777777" w:rsidR="00632E22" w:rsidRDefault="000A68C8">
            <w:r>
              <w:t>samedi</w:t>
            </w:r>
          </w:p>
        </w:tc>
        <w:tc>
          <w:tcPr>
            <w:tcW w:w="4320" w:type="dxa"/>
          </w:tcPr>
          <w:p w14:paraId="79B21842" w14:textId="77777777" w:rsidR="00632E22" w:rsidRDefault="000A68C8">
            <w:r>
              <w:t>Saturday</w:t>
            </w:r>
          </w:p>
        </w:tc>
      </w:tr>
      <w:tr w:rsidR="00632E22" w14:paraId="65244DD8" w14:textId="77777777">
        <w:tc>
          <w:tcPr>
            <w:tcW w:w="4320" w:type="dxa"/>
          </w:tcPr>
          <w:p w14:paraId="46372026" w14:textId="77777777" w:rsidR="00632E22" w:rsidRDefault="000A68C8">
            <w:r>
              <w:t>dimanche</w:t>
            </w:r>
          </w:p>
        </w:tc>
        <w:tc>
          <w:tcPr>
            <w:tcW w:w="4320" w:type="dxa"/>
          </w:tcPr>
          <w:p w14:paraId="4BD929C5" w14:textId="77777777" w:rsidR="00632E22" w:rsidRDefault="000A68C8">
            <w:r>
              <w:t>Sunday</w:t>
            </w:r>
          </w:p>
        </w:tc>
      </w:tr>
      <w:tr w:rsidR="00632E22" w14:paraId="069B4B2F" w14:textId="77777777">
        <w:tc>
          <w:tcPr>
            <w:tcW w:w="4320" w:type="dxa"/>
          </w:tcPr>
          <w:p w14:paraId="3CCB4B29" w14:textId="77777777" w:rsidR="00632E22" w:rsidRDefault="000A68C8">
            <w:r>
              <w:t>j'aime</w:t>
            </w:r>
          </w:p>
        </w:tc>
        <w:tc>
          <w:tcPr>
            <w:tcW w:w="4320" w:type="dxa"/>
          </w:tcPr>
          <w:p w14:paraId="5E0F28C1" w14:textId="77777777" w:rsidR="00632E22" w:rsidRDefault="000A68C8">
            <w:r>
              <w:t>I like</w:t>
            </w:r>
          </w:p>
        </w:tc>
      </w:tr>
      <w:tr w:rsidR="00632E22" w14:paraId="0230C9DE" w14:textId="77777777">
        <w:tc>
          <w:tcPr>
            <w:tcW w:w="4320" w:type="dxa"/>
          </w:tcPr>
          <w:p w14:paraId="0EA0001A" w14:textId="77777777" w:rsidR="00632E22" w:rsidRDefault="000A68C8">
            <w:r>
              <w:t>je n'aime pas</w:t>
            </w:r>
          </w:p>
        </w:tc>
        <w:tc>
          <w:tcPr>
            <w:tcW w:w="4320" w:type="dxa"/>
          </w:tcPr>
          <w:p w14:paraId="2B309780" w14:textId="77777777" w:rsidR="00632E22" w:rsidRDefault="000A68C8">
            <w:r>
              <w:t>I don't like</w:t>
            </w:r>
          </w:p>
        </w:tc>
      </w:tr>
      <w:tr w:rsidR="00632E22" w14:paraId="2618365D" w14:textId="77777777">
        <w:tc>
          <w:tcPr>
            <w:tcW w:w="4320" w:type="dxa"/>
          </w:tcPr>
          <w:p w14:paraId="24BCFE40" w14:textId="77777777" w:rsidR="00632E22" w:rsidRDefault="000A68C8">
            <w:r>
              <w:t>je voudrais</w:t>
            </w:r>
          </w:p>
        </w:tc>
        <w:tc>
          <w:tcPr>
            <w:tcW w:w="4320" w:type="dxa"/>
          </w:tcPr>
          <w:p w14:paraId="0172A45D" w14:textId="77777777" w:rsidR="00632E22" w:rsidRDefault="000A68C8">
            <w:r>
              <w:t>I would like</w:t>
            </w:r>
          </w:p>
        </w:tc>
      </w:tr>
      <w:tr w:rsidR="00632E22" w14:paraId="0A3121A1" w14:textId="77777777">
        <w:tc>
          <w:tcPr>
            <w:tcW w:w="4320" w:type="dxa"/>
          </w:tcPr>
          <w:p w14:paraId="09EA5892" w14:textId="77777777" w:rsidR="00632E22" w:rsidRDefault="000A68C8">
            <w:r>
              <w:t>ça fait</w:t>
            </w:r>
          </w:p>
        </w:tc>
        <w:tc>
          <w:tcPr>
            <w:tcW w:w="4320" w:type="dxa"/>
          </w:tcPr>
          <w:p w14:paraId="7E547C4A" w14:textId="77777777" w:rsidR="00632E22" w:rsidRDefault="000A68C8">
            <w:r>
              <w:t>that costs</w:t>
            </w:r>
          </w:p>
        </w:tc>
      </w:tr>
      <w:tr w:rsidR="00632E22" w14:paraId="16813406" w14:textId="77777777">
        <w:tc>
          <w:tcPr>
            <w:tcW w:w="4320" w:type="dxa"/>
          </w:tcPr>
          <w:p w14:paraId="19E3C73A" w14:textId="77777777" w:rsidR="00632E22" w:rsidRDefault="000A68C8">
            <w:r>
              <w:t>s'il vous plaît</w:t>
            </w:r>
          </w:p>
        </w:tc>
        <w:tc>
          <w:tcPr>
            <w:tcW w:w="4320" w:type="dxa"/>
          </w:tcPr>
          <w:p w14:paraId="525EB637" w14:textId="77777777" w:rsidR="00632E22" w:rsidRDefault="000A68C8">
            <w:r>
              <w:t>please</w:t>
            </w:r>
          </w:p>
        </w:tc>
      </w:tr>
    </w:tbl>
    <w:p w14:paraId="75B58E10" w14:textId="77777777" w:rsidR="00632E22" w:rsidRDefault="000A68C8">
      <w:pPr>
        <w:pStyle w:val="Heading2"/>
      </w:pPr>
      <w:r>
        <w:t>Cycle A - Shopping for French food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632E22" w14:paraId="30A76C29" w14:textId="77777777">
        <w:tc>
          <w:tcPr>
            <w:tcW w:w="4320" w:type="dxa"/>
          </w:tcPr>
          <w:p w14:paraId="5117EB61" w14:textId="77777777" w:rsidR="00632E22" w:rsidRDefault="000A68C8">
            <w:r>
              <w:t>French</w:t>
            </w:r>
          </w:p>
        </w:tc>
        <w:tc>
          <w:tcPr>
            <w:tcW w:w="4320" w:type="dxa"/>
          </w:tcPr>
          <w:p w14:paraId="1DADD3EA" w14:textId="77777777" w:rsidR="00632E22" w:rsidRDefault="000A68C8">
            <w:r>
              <w:t>English</w:t>
            </w:r>
          </w:p>
        </w:tc>
      </w:tr>
      <w:tr w:rsidR="00632E22" w14:paraId="1A4E06D9" w14:textId="77777777">
        <w:tc>
          <w:tcPr>
            <w:tcW w:w="4320" w:type="dxa"/>
          </w:tcPr>
          <w:p w14:paraId="21ED248F" w14:textId="77777777" w:rsidR="00632E22" w:rsidRDefault="000A68C8">
            <w:r>
              <w:t>le marché</w:t>
            </w:r>
          </w:p>
        </w:tc>
        <w:tc>
          <w:tcPr>
            <w:tcW w:w="4320" w:type="dxa"/>
          </w:tcPr>
          <w:p w14:paraId="21A03640" w14:textId="77777777" w:rsidR="00632E22" w:rsidRDefault="000A68C8">
            <w:r>
              <w:t>market</w:t>
            </w:r>
          </w:p>
        </w:tc>
      </w:tr>
      <w:tr w:rsidR="00632E22" w14:paraId="6EA808BE" w14:textId="77777777">
        <w:tc>
          <w:tcPr>
            <w:tcW w:w="4320" w:type="dxa"/>
          </w:tcPr>
          <w:p w14:paraId="3E698541" w14:textId="77777777" w:rsidR="00632E22" w:rsidRDefault="000A68C8">
            <w:r>
              <w:t>le café</w:t>
            </w:r>
          </w:p>
        </w:tc>
        <w:tc>
          <w:tcPr>
            <w:tcW w:w="4320" w:type="dxa"/>
          </w:tcPr>
          <w:p w14:paraId="7129E0F5" w14:textId="77777777" w:rsidR="00632E22" w:rsidRDefault="000A68C8">
            <w:r>
              <w:t>café</w:t>
            </w:r>
          </w:p>
        </w:tc>
      </w:tr>
      <w:tr w:rsidR="00632E22" w14:paraId="4E4D5427" w14:textId="77777777">
        <w:tc>
          <w:tcPr>
            <w:tcW w:w="4320" w:type="dxa"/>
          </w:tcPr>
          <w:p w14:paraId="3F645709" w14:textId="77777777" w:rsidR="00632E22" w:rsidRDefault="000A68C8">
            <w:r>
              <w:t>le supermarché</w:t>
            </w:r>
          </w:p>
        </w:tc>
        <w:tc>
          <w:tcPr>
            <w:tcW w:w="4320" w:type="dxa"/>
          </w:tcPr>
          <w:p w14:paraId="076BD169" w14:textId="77777777" w:rsidR="00632E22" w:rsidRDefault="000A68C8">
            <w:r>
              <w:t>supermarket</w:t>
            </w:r>
          </w:p>
        </w:tc>
      </w:tr>
      <w:tr w:rsidR="00632E22" w14:paraId="2469DBCC" w14:textId="77777777">
        <w:tc>
          <w:tcPr>
            <w:tcW w:w="4320" w:type="dxa"/>
          </w:tcPr>
          <w:p w14:paraId="07A2400D" w14:textId="77777777" w:rsidR="00632E22" w:rsidRDefault="000A68C8">
            <w:r>
              <w:t>la boulangerie</w:t>
            </w:r>
          </w:p>
        </w:tc>
        <w:tc>
          <w:tcPr>
            <w:tcW w:w="4320" w:type="dxa"/>
          </w:tcPr>
          <w:p w14:paraId="767FEB11" w14:textId="77777777" w:rsidR="00632E22" w:rsidRDefault="000A68C8">
            <w:r>
              <w:t>bakery</w:t>
            </w:r>
          </w:p>
        </w:tc>
      </w:tr>
      <w:tr w:rsidR="00632E22" w14:paraId="195ADC36" w14:textId="77777777">
        <w:tc>
          <w:tcPr>
            <w:tcW w:w="4320" w:type="dxa"/>
          </w:tcPr>
          <w:p w14:paraId="0C21D4E3" w14:textId="77777777" w:rsidR="00632E22" w:rsidRDefault="000A68C8">
            <w:r>
              <w:t>la pâtisserie</w:t>
            </w:r>
          </w:p>
        </w:tc>
        <w:tc>
          <w:tcPr>
            <w:tcW w:w="4320" w:type="dxa"/>
          </w:tcPr>
          <w:p w14:paraId="08F0CFA7" w14:textId="77777777" w:rsidR="00632E22" w:rsidRDefault="000A68C8">
            <w:r>
              <w:t>cake shop</w:t>
            </w:r>
          </w:p>
        </w:tc>
      </w:tr>
      <w:tr w:rsidR="00632E22" w14:paraId="2658F780" w14:textId="77777777">
        <w:tc>
          <w:tcPr>
            <w:tcW w:w="4320" w:type="dxa"/>
          </w:tcPr>
          <w:p w14:paraId="4DBED357" w14:textId="77777777" w:rsidR="00632E22" w:rsidRDefault="000A68C8">
            <w:r>
              <w:t>au/à la/à l'</w:t>
            </w:r>
          </w:p>
        </w:tc>
        <w:tc>
          <w:tcPr>
            <w:tcW w:w="4320" w:type="dxa"/>
          </w:tcPr>
          <w:p w14:paraId="2CBE94A3" w14:textId="77777777" w:rsidR="00632E22" w:rsidRDefault="000A68C8">
            <w:r>
              <w:t>to</w:t>
            </w:r>
          </w:p>
        </w:tc>
      </w:tr>
      <w:tr w:rsidR="00632E22" w14:paraId="0E499DF4" w14:textId="77777777">
        <w:tc>
          <w:tcPr>
            <w:tcW w:w="4320" w:type="dxa"/>
          </w:tcPr>
          <w:p w14:paraId="3E1BAB83" w14:textId="77777777" w:rsidR="00632E22" w:rsidRDefault="000A68C8">
            <w:r>
              <w:t>je vais</w:t>
            </w:r>
          </w:p>
        </w:tc>
        <w:tc>
          <w:tcPr>
            <w:tcW w:w="4320" w:type="dxa"/>
          </w:tcPr>
          <w:p w14:paraId="468F9B67" w14:textId="77777777" w:rsidR="00632E22" w:rsidRDefault="000A68C8">
            <w:r>
              <w:t>I go</w:t>
            </w:r>
          </w:p>
        </w:tc>
      </w:tr>
      <w:tr w:rsidR="00632E22" w14:paraId="2D9E944D" w14:textId="77777777">
        <w:tc>
          <w:tcPr>
            <w:tcW w:w="4320" w:type="dxa"/>
          </w:tcPr>
          <w:p w14:paraId="393D63D2" w14:textId="77777777" w:rsidR="00632E22" w:rsidRDefault="000A68C8">
            <w:r>
              <w:t>j'achète</w:t>
            </w:r>
          </w:p>
        </w:tc>
        <w:tc>
          <w:tcPr>
            <w:tcW w:w="4320" w:type="dxa"/>
          </w:tcPr>
          <w:p w14:paraId="032B4263" w14:textId="77777777" w:rsidR="00632E22" w:rsidRDefault="000A68C8">
            <w:r>
              <w:t>I buy</w:t>
            </w:r>
          </w:p>
        </w:tc>
      </w:tr>
      <w:tr w:rsidR="00632E22" w14:paraId="1C9E0ABB" w14:textId="77777777">
        <w:tc>
          <w:tcPr>
            <w:tcW w:w="4320" w:type="dxa"/>
          </w:tcPr>
          <w:p w14:paraId="37AC1AA1" w14:textId="77777777" w:rsidR="00632E22" w:rsidRDefault="000A68C8">
            <w:r>
              <w:t>trente</w:t>
            </w:r>
          </w:p>
        </w:tc>
        <w:tc>
          <w:tcPr>
            <w:tcW w:w="4320" w:type="dxa"/>
          </w:tcPr>
          <w:p w14:paraId="608655FF" w14:textId="77777777" w:rsidR="00632E22" w:rsidRDefault="000A68C8">
            <w:r>
              <w:t>30</w:t>
            </w:r>
          </w:p>
        </w:tc>
      </w:tr>
      <w:tr w:rsidR="00632E22" w14:paraId="60EDD777" w14:textId="77777777">
        <w:tc>
          <w:tcPr>
            <w:tcW w:w="4320" w:type="dxa"/>
          </w:tcPr>
          <w:p w14:paraId="760E5B68" w14:textId="77777777" w:rsidR="00632E22" w:rsidRDefault="000A68C8">
            <w:r>
              <w:t>quarante</w:t>
            </w:r>
          </w:p>
        </w:tc>
        <w:tc>
          <w:tcPr>
            <w:tcW w:w="4320" w:type="dxa"/>
          </w:tcPr>
          <w:p w14:paraId="1FD59CD2" w14:textId="77777777" w:rsidR="00632E22" w:rsidRDefault="000A68C8">
            <w:r>
              <w:t>40</w:t>
            </w:r>
          </w:p>
        </w:tc>
      </w:tr>
      <w:tr w:rsidR="00632E22" w14:paraId="04BE519F" w14:textId="77777777">
        <w:tc>
          <w:tcPr>
            <w:tcW w:w="4320" w:type="dxa"/>
          </w:tcPr>
          <w:p w14:paraId="1F6FCC65" w14:textId="77777777" w:rsidR="00632E22" w:rsidRDefault="000A68C8">
            <w:r>
              <w:t>cinquante</w:t>
            </w:r>
          </w:p>
        </w:tc>
        <w:tc>
          <w:tcPr>
            <w:tcW w:w="4320" w:type="dxa"/>
          </w:tcPr>
          <w:p w14:paraId="1F010234" w14:textId="77777777" w:rsidR="00632E22" w:rsidRDefault="000A68C8">
            <w:r>
              <w:t>50</w:t>
            </w:r>
          </w:p>
        </w:tc>
      </w:tr>
      <w:tr w:rsidR="00632E22" w14:paraId="3EDD59C5" w14:textId="77777777">
        <w:tc>
          <w:tcPr>
            <w:tcW w:w="4320" w:type="dxa"/>
          </w:tcPr>
          <w:p w14:paraId="144DF43E" w14:textId="77777777" w:rsidR="00632E22" w:rsidRDefault="000A68C8">
            <w:r>
              <w:t>soixante</w:t>
            </w:r>
          </w:p>
        </w:tc>
        <w:tc>
          <w:tcPr>
            <w:tcW w:w="4320" w:type="dxa"/>
          </w:tcPr>
          <w:p w14:paraId="0D9F99D6" w14:textId="77777777" w:rsidR="00632E22" w:rsidRDefault="000A68C8">
            <w:r>
              <w:t>60</w:t>
            </w:r>
          </w:p>
        </w:tc>
      </w:tr>
    </w:tbl>
    <w:p w14:paraId="5E44705D" w14:textId="77777777" w:rsidR="007F0E3F" w:rsidRDefault="007F0E3F">
      <w:pPr>
        <w:pStyle w:val="Heading2"/>
      </w:pPr>
    </w:p>
    <w:p w14:paraId="0B85F0BF" w14:textId="77777777" w:rsidR="007F0E3F" w:rsidRDefault="007F0E3F">
      <w:pPr>
        <w:pStyle w:val="Heading2"/>
      </w:pPr>
    </w:p>
    <w:p w14:paraId="1B7F4C64" w14:textId="77777777" w:rsidR="007F0E3F" w:rsidRDefault="007F0E3F">
      <w:pPr>
        <w:pStyle w:val="Heading2"/>
      </w:pPr>
    </w:p>
    <w:p w14:paraId="4CC9A8CB" w14:textId="2C718EC8" w:rsidR="00632E22" w:rsidRDefault="000A68C8">
      <w:pPr>
        <w:pStyle w:val="Heading2"/>
      </w:pPr>
      <w:r>
        <w:t>Cycle B - This is 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632E22" w14:paraId="7D927259" w14:textId="77777777">
        <w:tc>
          <w:tcPr>
            <w:tcW w:w="4320" w:type="dxa"/>
          </w:tcPr>
          <w:p w14:paraId="6F5D3F7F" w14:textId="77777777" w:rsidR="00632E22" w:rsidRDefault="000A68C8">
            <w:r>
              <w:t>French</w:t>
            </w:r>
          </w:p>
        </w:tc>
        <w:tc>
          <w:tcPr>
            <w:tcW w:w="4320" w:type="dxa"/>
          </w:tcPr>
          <w:p w14:paraId="6759DD7A" w14:textId="77777777" w:rsidR="00632E22" w:rsidRDefault="000A68C8">
            <w:r>
              <w:t>English</w:t>
            </w:r>
          </w:p>
        </w:tc>
      </w:tr>
      <w:tr w:rsidR="00632E22" w14:paraId="29302EAF" w14:textId="77777777">
        <w:tc>
          <w:tcPr>
            <w:tcW w:w="4320" w:type="dxa"/>
          </w:tcPr>
          <w:p w14:paraId="7639C926" w14:textId="77777777" w:rsidR="00632E22" w:rsidRDefault="000A68C8">
            <w:r>
              <w:t>Bonjour</w:t>
            </w:r>
          </w:p>
        </w:tc>
        <w:tc>
          <w:tcPr>
            <w:tcW w:w="4320" w:type="dxa"/>
          </w:tcPr>
          <w:p w14:paraId="21E6AAB9" w14:textId="77777777" w:rsidR="00632E22" w:rsidRDefault="000A68C8">
            <w:r>
              <w:t>Hello</w:t>
            </w:r>
          </w:p>
        </w:tc>
      </w:tr>
      <w:tr w:rsidR="00632E22" w14:paraId="76D3DD04" w14:textId="77777777">
        <w:tc>
          <w:tcPr>
            <w:tcW w:w="4320" w:type="dxa"/>
          </w:tcPr>
          <w:p w14:paraId="387BC13F" w14:textId="77777777" w:rsidR="00632E22" w:rsidRDefault="000A68C8">
            <w:r>
              <w:t>Bonsoir</w:t>
            </w:r>
          </w:p>
        </w:tc>
        <w:tc>
          <w:tcPr>
            <w:tcW w:w="4320" w:type="dxa"/>
          </w:tcPr>
          <w:p w14:paraId="7EB16746" w14:textId="77777777" w:rsidR="00632E22" w:rsidRDefault="000A68C8">
            <w:r>
              <w:t>Good evening</w:t>
            </w:r>
          </w:p>
        </w:tc>
      </w:tr>
      <w:tr w:rsidR="00632E22" w14:paraId="0C63A736" w14:textId="77777777">
        <w:tc>
          <w:tcPr>
            <w:tcW w:w="4320" w:type="dxa"/>
          </w:tcPr>
          <w:p w14:paraId="38D2D492" w14:textId="77777777" w:rsidR="00632E22" w:rsidRDefault="000A68C8">
            <w:r>
              <w:t>Bonne nuit</w:t>
            </w:r>
          </w:p>
        </w:tc>
        <w:tc>
          <w:tcPr>
            <w:tcW w:w="4320" w:type="dxa"/>
          </w:tcPr>
          <w:p w14:paraId="0B31B118" w14:textId="77777777" w:rsidR="00632E22" w:rsidRDefault="000A68C8">
            <w:r>
              <w:t>Goodnight</w:t>
            </w:r>
          </w:p>
        </w:tc>
      </w:tr>
      <w:tr w:rsidR="00632E22" w14:paraId="68C2DF7E" w14:textId="77777777">
        <w:tc>
          <w:tcPr>
            <w:tcW w:w="4320" w:type="dxa"/>
          </w:tcPr>
          <w:p w14:paraId="66126CA6" w14:textId="77777777" w:rsidR="00632E22" w:rsidRDefault="000A68C8">
            <w:r>
              <w:t>Salut</w:t>
            </w:r>
          </w:p>
        </w:tc>
        <w:tc>
          <w:tcPr>
            <w:tcW w:w="4320" w:type="dxa"/>
          </w:tcPr>
          <w:p w14:paraId="6BDF18AF" w14:textId="77777777" w:rsidR="00632E22" w:rsidRDefault="000A68C8">
            <w:r>
              <w:t>Hi</w:t>
            </w:r>
          </w:p>
        </w:tc>
      </w:tr>
      <w:tr w:rsidR="00632E22" w14:paraId="136E64E8" w14:textId="77777777">
        <w:tc>
          <w:tcPr>
            <w:tcW w:w="4320" w:type="dxa"/>
          </w:tcPr>
          <w:p w14:paraId="1704D099" w14:textId="77777777" w:rsidR="00632E22" w:rsidRDefault="000A68C8">
            <w:r>
              <w:t>Je m'appelle</w:t>
            </w:r>
          </w:p>
        </w:tc>
        <w:tc>
          <w:tcPr>
            <w:tcW w:w="4320" w:type="dxa"/>
          </w:tcPr>
          <w:p w14:paraId="2EC33FAC" w14:textId="77777777" w:rsidR="00632E22" w:rsidRDefault="000A68C8">
            <w:r>
              <w:t>My name is</w:t>
            </w:r>
          </w:p>
        </w:tc>
      </w:tr>
      <w:tr w:rsidR="00632E22" w14:paraId="745071E5" w14:textId="77777777">
        <w:tc>
          <w:tcPr>
            <w:tcW w:w="4320" w:type="dxa"/>
          </w:tcPr>
          <w:p w14:paraId="0D21CD55" w14:textId="77777777" w:rsidR="00632E22" w:rsidRDefault="000A68C8">
            <w:r>
              <w:t>ça va</w:t>
            </w:r>
          </w:p>
        </w:tc>
        <w:tc>
          <w:tcPr>
            <w:tcW w:w="4320" w:type="dxa"/>
          </w:tcPr>
          <w:p w14:paraId="64CF006E" w14:textId="77777777" w:rsidR="00632E22" w:rsidRDefault="000A68C8">
            <w:r>
              <w:t>I'm OK</w:t>
            </w:r>
          </w:p>
        </w:tc>
      </w:tr>
      <w:tr w:rsidR="00632E22" w14:paraId="078A6C84" w14:textId="77777777">
        <w:tc>
          <w:tcPr>
            <w:tcW w:w="4320" w:type="dxa"/>
          </w:tcPr>
          <w:p w14:paraId="4D2E5AA6" w14:textId="77777777" w:rsidR="00632E22" w:rsidRDefault="000A68C8">
            <w:r>
              <w:t>ça va bien</w:t>
            </w:r>
          </w:p>
        </w:tc>
        <w:tc>
          <w:tcPr>
            <w:tcW w:w="4320" w:type="dxa"/>
          </w:tcPr>
          <w:p w14:paraId="065860E9" w14:textId="77777777" w:rsidR="00632E22" w:rsidRDefault="000A68C8">
            <w:r>
              <w:t>I'm fine</w:t>
            </w:r>
          </w:p>
        </w:tc>
      </w:tr>
      <w:tr w:rsidR="00632E22" w14:paraId="0EE94A8F" w14:textId="77777777">
        <w:tc>
          <w:tcPr>
            <w:tcW w:w="4320" w:type="dxa"/>
          </w:tcPr>
          <w:p w14:paraId="6471BB53" w14:textId="77777777" w:rsidR="00632E22" w:rsidRDefault="000A68C8">
            <w:r>
              <w:t>ça va très bien</w:t>
            </w:r>
          </w:p>
        </w:tc>
        <w:tc>
          <w:tcPr>
            <w:tcW w:w="4320" w:type="dxa"/>
          </w:tcPr>
          <w:p w14:paraId="7A2C41E8" w14:textId="77777777" w:rsidR="00632E22" w:rsidRDefault="000A68C8">
            <w:r>
              <w:t>I'm very well</w:t>
            </w:r>
          </w:p>
        </w:tc>
      </w:tr>
      <w:tr w:rsidR="00632E22" w14:paraId="1B278EDE" w14:textId="77777777">
        <w:tc>
          <w:tcPr>
            <w:tcW w:w="4320" w:type="dxa"/>
          </w:tcPr>
          <w:p w14:paraId="26DE0B5F" w14:textId="77777777" w:rsidR="00632E22" w:rsidRDefault="000A68C8">
            <w:r>
              <w:t>ça ne va pas</w:t>
            </w:r>
          </w:p>
        </w:tc>
        <w:tc>
          <w:tcPr>
            <w:tcW w:w="4320" w:type="dxa"/>
          </w:tcPr>
          <w:p w14:paraId="2F66F090" w14:textId="77777777" w:rsidR="00632E22" w:rsidRDefault="000A68C8">
            <w:r>
              <w:t>I'm not OK</w:t>
            </w:r>
          </w:p>
        </w:tc>
      </w:tr>
      <w:tr w:rsidR="00632E22" w14:paraId="5ED6E0FF" w14:textId="77777777">
        <w:tc>
          <w:tcPr>
            <w:tcW w:w="4320" w:type="dxa"/>
          </w:tcPr>
          <w:p w14:paraId="57A0AA39" w14:textId="77777777" w:rsidR="00632E22" w:rsidRDefault="000A68C8">
            <w:r>
              <w:t>ça va mal</w:t>
            </w:r>
          </w:p>
        </w:tc>
        <w:tc>
          <w:tcPr>
            <w:tcW w:w="4320" w:type="dxa"/>
          </w:tcPr>
          <w:p w14:paraId="49AF22CD" w14:textId="77777777" w:rsidR="00632E22" w:rsidRDefault="000A68C8">
            <w:r>
              <w:t>I'm really not OK</w:t>
            </w:r>
          </w:p>
        </w:tc>
      </w:tr>
      <w:tr w:rsidR="00632E22" w14:paraId="2CEB0AB2" w14:textId="77777777">
        <w:tc>
          <w:tcPr>
            <w:tcW w:w="4320" w:type="dxa"/>
          </w:tcPr>
          <w:p w14:paraId="74827E42" w14:textId="77777777" w:rsidR="00632E22" w:rsidRDefault="000A68C8">
            <w:r>
              <w:t>Comment tu t'appelles ?</w:t>
            </w:r>
          </w:p>
        </w:tc>
        <w:tc>
          <w:tcPr>
            <w:tcW w:w="4320" w:type="dxa"/>
          </w:tcPr>
          <w:p w14:paraId="4D32B232" w14:textId="77777777" w:rsidR="00632E22" w:rsidRDefault="000A68C8">
            <w:r>
              <w:t>What is your name?</w:t>
            </w:r>
          </w:p>
        </w:tc>
      </w:tr>
    </w:tbl>
    <w:p w14:paraId="50062308" w14:textId="77777777" w:rsidR="00632E22" w:rsidRDefault="000A68C8">
      <w:pPr>
        <w:pStyle w:val="Heading2"/>
      </w:pPr>
      <w:r>
        <w:t>Cycle B - School days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632E22" w14:paraId="3380EF52" w14:textId="77777777">
        <w:tc>
          <w:tcPr>
            <w:tcW w:w="4320" w:type="dxa"/>
          </w:tcPr>
          <w:p w14:paraId="167AD7FB" w14:textId="77777777" w:rsidR="00632E22" w:rsidRDefault="000A68C8">
            <w:r>
              <w:t>French</w:t>
            </w:r>
          </w:p>
        </w:tc>
        <w:tc>
          <w:tcPr>
            <w:tcW w:w="4320" w:type="dxa"/>
          </w:tcPr>
          <w:p w14:paraId="01BC6525" w14:textId="77777777" w:rsidR="00632E22" w:rsidRDefault="000A68C8">
            <w:r>
              <w:t>English</w:t>
            </w:r>
          </w:p>
        </w:tc>
      </w:tr>
      <w:tr w:rsidR="00632E22" w14:paraId="3EE279DD" w14:textId="77777777">
        <w:tc>
          <w:tcPr>
            <w:tcW w:w="4320" w:type="dxa"/>
          </w:tcPr>
          <w:p w14:paraId="7469DD14" w14:textId="77777777" w:rsidR="00632E22" w:rsidRDefault="000A68C8">
            <w:r>
              <w:t>le/la/l'/les</w:t>
            </w:r>
          </w:p>
        </w:tc>
        <w:tc>
          <w:tcPr>
            <w:tcW w:w="4320" w:type="dxa"/>
          </w:tcPr>
          <w:p w14:paraId="1C533344" w14:textId="77777777" w:rsidR="00632E22" w:rsidRDefault="000A68C8">
            <w:r>
              <w:t>the</w:t>
            </w:r>
          </w:p>
        </w:tc>
      </w:tr>
      <w:tr w:rsidR="00632E22" w14:paraId="79ACAB3D" w14:textId="77777777">
        <w:tc>
          <w:tcPr>
            <w:tcW w:w="4320" w:type="dxa"/>
          </w:tcPr>
          <w:p w14:paraId="1169FC0A" w14:textId="77777777" w:rsidR="00632E22" w:rsidRDefault="000A68C8">
            <w:r>
              <w:t>un/une</w:t>
            </w:r>
          </w:p>
        </w:tc>
        <w:tc>
          <w:tcPr>
            <w:tcW w:w="4320" w:type="dxa"/>
          </w:tcPr>
          <w:p w14:paraId="29F6BC90" w14:textId="77777777" w:rsidR="00632E22" w:rsidRDefault="000A68C8">
            <w:r>
              <w:t>a/an</w:t>
            </w:r>
          </w:p>
        </w:tc>
      </w:tr>
      <w:tr w:rsidR="00632E22" w14:paraId="59D0DDF5" w14:textId="77777777">
        <w:tc>
          <w:tcPr>
            <w:tcW w:w="4320" w:type="dxa"/>
          </w:tcPr>
          <w:p w14:paraId="70323593" w14:textId="77777777" w:rsidR="00632E22" w:rsidRDefault="000A68C8">
            <w:r>
              <w:t>et</w:t>
            </w:r>
          </w:p>
        </w:tc>
        <w:tc>
          <w:tcPr>
            <w:tcW w:w="4320" w:type="dxa"/>
          </w:tcPr>
          <w:p w14:paraId="513E3054" w14:textId="77777777" w:rsidR="00632E22" w:rsidRDefault="000A68C8">
            <w:r>
              <w:t>and</w:t>
            </w:r>
          </w:p>
        </w:tc>
      </w:tr>
      <w:tr w:rsidR="00632E22" w14:paraId="0BFFAEE4" w14:textId="77777777">
        <w:tc>
          <w:tcPr>
            <w:tcW w:w="4320" w:type="dxa"/>
          </w:tcPr>
          <w:p w14:paraId="3CDFD8DF" w14:textId="77777777" w:rsidR="00632E22" w:rsidRDefault="000A68C8">
            <w:r>
              <w:t>l'école</w:t>
            </w:r>
          </w:p>
        </w:tc>
        <w:tc>
          <w:tcPr>
            <w:tcW w:w="4320" w:type="dxa"/>
          </w:tcPr>
          <w:p w14:paraId="728FA6D2" w14:textId="77777777" w:rsidR="00632E22" w:rsidRDefault="000A68C8">
            <w:r>
              <w:t>school</w:t>
            </w:r>
          </w:p>
        </w:tc>
      </w:tr>
      <w:tr w:rsidR="00632E22" w14:paraId="5831DC57" w14:textId="77777777">
        <w:tc>
          <w:tcPr>
            <w:tcW w:w="4320" w:type="dxa"/>
          </w:tcPr>
          <w:p w14:paraId="6AE52A2E" w14:textId="77777777" w:rsidR="00632E22" w:rsidRDefault="000A68C8">
            <w:r>
              <w:t>dans ma salle de classe</w:t>
            </w:r>
          </w:p>
        </w:tc>
        <w:tc>
          <w:tcPr>
            <w:tcW w:w="4320" w:type="dxa"/>
          </w:tcPr>
          <w:p w14:paraId="7490203E" w14:textId="77777777" w:rsidR="00632E22" w:rsidRDefault="000A68C8">
            <w:r>
              <w:t>in my classroom</w:t>
            </w:r>
          </w:p>
        </w:tc>
      </w:tr>
      <w:tr w:rsidR="00632E22" w14:paraId="32E06432" w14:textId="77777777">
        <w:tc>
          <w:tcPr>
            <w:tcW w:w="4320" w:type="dxa"/>
          </w:tcPr>
          <w:p w14:paraId="0BDECC27" w14:textId="77777777" w:rsidR="00632E22" w:rsidRDefault="000A68C8">
            <w:r>
              <w:t>il y a</w:t>
            </w:r>
          </w:p>
        </w:tc>
        <w:tc>
          <w:tcPr>
            <w:tcW w:w="4320" w:type="dxa"/>
          </w:tcPr>
          <w:p w14:paraId="7D4A9FC6" w14:textId="77777777" w:rsidR="00632E22" w:rsidRDefault="000A68C8">
            <w:r>
              <w:t>there is</w:t>
            </w:r>
          </w:p>
        </w:tc>
      </w:tr>
      <w:tr w:rsidR="00632E22" w14:paraId="6928A38C" w14:textId="77777777">
        <w:tc>
          <w:tcPr>
            <w:tcW w:w="4320" w:type="dxa"/>
          </w:tcPr>
          <w:p w14:paraId="65708FFA" w14:textId="77777777" w:rsidR="00632E22" w:rsidRDefault="000A68C8">
            <w:r>
              <w:t>il n'y a pas</w:t>
            </w:r>
          </w:p>
        </w:tc>
        <w:tc>
          <w:tcPr>
            <w:tcW w:w="4320" w:type="dxa"/>
          </w:tcPr>
          <w:p w14:paraId="2A506468" w14:textId="77777777" w:rsidR="00632E22" w:rsidRDefault="000A68C8">
            <w:r>
              <w:t>there isn't</w:t>
            </w:r>
          </w:p>
        </w:tc>
      </w:tr>
      <w:tr w:rsidR="00632E22" w14:paraId="69442EEB" w14:textId="77777777">
        <w:tc>
          <w:tcPr>
            <w:tcW w:w="4320" w:type="dxa"/>
          </w:tcPr>
          <w:p w14:paraId="571733C9" w14:textId="77777777" w:rsidR="00632E22" w:rsidRDefault="000A68C8">
            <w:r>
              <w:t>j'étudie</w:t>
            </w:r>
          </w:p>
        </w:tc>
        <w:tc>
          <w:tcPr>
            <w:tcW w:w="4320" w:type="dxa"/>
          </w:tcPr>
          <w:p w14:paraId="302A7E83" w14:textId="77777777" w:rsidR="00632E22" w:rsidRDefault="000A68C8">
            <w:r>
              <w:t>I study</w:t>
            </w:r>
          </w:p>
        </w:tc>
      </w:tr>
      <w:tr w:rsidR="00632E22" w14:paraId="1EA910D1" w14:textId="77777777">
        <w:tc>
          <w:tcPr>
            <w:tcW w:w="4320" w:type="dxa"/>
          </w:tcPr>
          <w:p w14:paraId="77C8EA93" w14:textId="77777777" w:rsidR="00632E22" w:rsidRDefault="000A68C8">
            <w:r>
              <w:t>un emploi du temps</w:t>
            </w:r>
          </w:p>
        </w:tc>
        <w:tc>
          <w:tcPr>
            <w:tcW w:w="4320" w:type="dxa"/>
          </w:tcPr>
          <w:p w14:paraId="71DBF73F" w14:textId="77777777" w:rsidR="00632E22" w:rsidRDefault="000A68C8">
            <w:r>
              <w:t>timetable</w:t>
            </w:r>
          </w:p>
        </w:tc>
      </w:tr>
      <w:tr w:rsidR="00632E22" w14:paraId="42A67022" w14:textId="77777777">
        <w:tc>
          <w:tcPr>
            <w:tcW w:w="4320" w:type="dxa"/>
          </w:tcPr>
          <w:p w14:paraId="56F6EF2D" w14:textId="77777777" w:rsidR="00632E22" w:rsidRDefault="000A68C8">
            <w:r>
              <w:t>ouvrez</w:t>
            </w:r>
          </w:p>
        </w:tc>
        <w:tc>
          <w:tcPr>
            <w:tcW w:w="4320" w:type="dxa"/>
          </w:tcPr>
          <w:p w14:paraId="5A42759A" w14:textId="77777777" w:rsidR="00632E22" w:rsidRDefault="000A68C8">
            <w:r>
              <w:t>open</w:t>
            </w:r>
          </w:p>
        </w:tc>
      </w:tr>
      <w:tr w:rsidR="00632E22" w14:paraId="2103112E" w14:textId="77777777">
        <w:tc>
          <w:tcPr>
            <w:tcW w:w="4320" w:type="dxa"/>
          </w:tcPr>
          <w:p w14:paraId="0628A45E" w14:textId="77777777" w:rsidR="00632E22" w:rsidRDefault="000A68C8">
            <w:r>
              <w:t>fermez</w:t>
            </w:r>
          </w:p>
        </w:tc>
        <w:tc>
          <w:tcPr>
            <w:tcW w:w="4320" w:type="dxa"/>
          </w:tcPr>
          <w:p w14:paraId="60365FB8" w14:textId="77777777" w:rsidR="00632E22" w:rsidRDefault="000A68C8">
            <w:r>
              <w:t>close</w:t>
            </w:r>
          </w:p>
        </w:tc>
      </w:tr>
    </w:tbl>
    <w:p w14:paraId="0DB6C471" w14:textId="77777777" w:rsidR="00632E22" w:rsidRDefault="000A68C8">
      <w:pPr>
        <w:pStyle w:val="Heading2"/>
      </w:pPr>
      <w:r>
        <w:t>Cycle B - Birthday celebrations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632E22" w14:paraId="0A617383" w14:textId="77777777">
        <w:tc>
          <w:tcPr>
            <w:tcW w:w="4320" w:type="dxa"/>
          </w:tcPr>
          <w:p w14:paraId="379AD567" w14:textId="77777777" w:rsidR="00632E22" w:rsidRDefault="000A68C8">
            <w:r>
              <w:t>French</w:t>
            </w:r>
          </w:p>
        </w:tc>
        <w:tc>
          <w:tcPr>
            <w:tcW w:w="4320" w:type="dxa"/>
          </w:tcPr>
          <w:p w14:paraId="49F9ACA8" w14:textId="77777777" w:rsidR="00632E22" w:rsidRDefault="000A68C8">
            <w:r>
              <w:t>English</w:t>
            </w:r>
          </w:p>
        </w:tc>
      </w:tr>
      <w:tr w:rsidR="00632E22" w14:paraId="6603C863" w14:textId="77777777">
        <w:tc>
          <w:tcPr>
            <w:tcW w:w="4320" w:type="dxa"/>
          </w:tcPr>
          <w:p w14:paraId="57993132" w14:textId="77777777" w:rsidR="00632E22" w:rsidRDefault="000A68C8">
            <w:r>
              <w:t>le jour</w:t>
            </w:r>
          </w:p>
        </w:tc>
        <w:tc>
          <w:tcPr>
            <w:tcW w:w="4320" w:type="dxa"/>
          </w:tcPr>
          <w:p w14:paraId="2B012561" w14:textId="77777777" w:rsidR="00632E22" w:rsidRDefault="000A68C8">
            <w:r>
              <w:t>day</w:t>
            </w:r>
          </w:p>
        </w:tc>
      </w:tr>
      <w:tr w:rsidR="00632E22" w14:paraId="0BEB205D" w14:textId="77777777">
        <w:tc>
          <w:tcPr>
            <w:tcW w:w="4320" w:type="dxa"/>
          </w:tcPr>
          <w:p w14:paraId="3A2B691D" w14:textId="77777777" w:rsidR="00632E22" w:rsidRDefault="000A68C8">
            <w:r>
              <w:t>la semaine</w:t>
            </w:r>
          </w:p>
        </w:tc>
        <w:tc>
          <w:tcPr>
            <w:tcW w:w="4320" w:type="dxa"/>
          </w:tcPr>
          <w:p w14:paraId="2E6C4DA3" w14:textId="77777777" w:rsidR="00632E22" w:rsidRDefault="000A68C8">
            <w:r>
              <w:t>week</w:t>
            </w:r>
          </w:p>
        </w:tc>
      </w:tr>
      <w:tr w:rsidR="00632E22" w14:paraId="5C41E61A" w14:textId="77777777">
        <w:tc>
          <w:tcPr>
            <w:tcW w:w="4320" w:type="dxa"/>
          </w:tcPr>
          <w:p w14:paraId="56454176" w14:textId="77777777" w:rsidR="00632E22" w:rsidRDefault="000A68C8">
            <w:r>
              <w:t>hier</w:t>
            </w:r>
          </w:p>
        </w:tc>
        <w:tc>
          <w:tcPr>
            <w:tcW w:w="4320" w:type="dxa"/>
          </w:tcPr>
          <w:p w14:paraId="39ED361E" w14:textId="77777777" w:rsidR="00632E22" w:rsidRDefault="000A68C8">
            <w:r>
              <w:t>yesterday</w:t>
            </w:r>
          </w:p>
        </w:tc>
      </w:tr>
      <w:tr w:rsidR="00632E22" w14:paraId="09D42848" w14:textId="77777777">
        <w:tc>
          <w:tcPr>
            <w:tcW w:w="4320" w:type="dxa"/>
          </w:tcPr>
          <w:p w14:paraId="67255F0A" w14:textId="77777777" w:rsidR="00632E22" w:rsidRDefault="000A68C8">
            <w:r>
              <w:t>demain</w:t>
            </w:r>
          </w:p>
        </w:tc>
        <w:tc>
          <w:tcPr>
            <w:tcW w:w="4320" w:type="dxa"/>
          </w:tcPr>
          <w:p w14:paraId="1FBBFC8B" w14:textId="77777777" w:rsidR="00632E22" w:rsidRDefault="000A68C8">
            <w:r>
              <w:t>tomorrow</w:t>
            </w:r>
          </w:p>
        </w:tc>
      </w:tr>
      <w:tr w:rsidR="00632E22" w14:paraId="56F00E69" w14:textId="77777777">
        <w:tc>
          <w:tcPr>
            <w:tcW w:w="4320" w:type="dxa"/>
          </w:tcPr>
          <w:p w14:paraId="2B1A0615" w14:textId="77777777" w:rsidR="00632E22" w:rsidRDefault="000A68C8">
            <w:r>
              <w:t>aujourd'hui</w:t>
            </w:r>
          </w:p>
        </w:tc>
        <w:tc>
          <w:tcPr>
            <w:tcW w:w="4320" w:type="dxa"/>
          </w:tcPr>
          <w:p w14:paraId="206828C0" w14:textId="77777777" w:rsidR="00632E22" w:rsidRDefault="000A68C8">
            <w:r>
              <w:t>today</w:t>
            </w:r>
          </w:p>
        </w:tc>
      </w:tr>
      <w:tr w:rsidR="00632E22" w14:paraId="0917B56C" w14:textId="77777777">
        <w:tc>
          <w:tcPr>
            <w:tcW w:w="4320" w:type="dxa"/>
          </w:tcPr>
          <w:p w14:paraId="5265C8FB" w14:textId="77777777" w:rsidR="00632E22" w:rsidRDefault="000A68C8">
            <w:r>
              <w:t>les mois</w:t>
            </w:r>
          </w:p>
        </w:tc>
        <w:tc>
          <w:tcPr>
            <w:tcW w:w="4320" w:type="dxa"/>
          </w:tcPr>
          <w:p w14:paraId="25DC222C" w14:textId="77777777" w:rsidR="00632E22" w:rsidRDefault="000A68C8">
            <w:r>
              <w:t>months</w:t>
            </w:r>
          </w:p>
        </w:tc>
      </w:tr>
      <w:tr w:rsidR="00632E22" w14:paraId="23A8623F" w14:textId="77777777">
        <w:tc>
          <w:tcPr>
            <w:tcW w:w="4320" w:type="dxa"/>
          </w:tcPr>
          <w:p w14:paraId="6D97B5FD" w14:textId="77777777" w:rsidR="00632E22" w:rsidRDefault="000A68C8">
            <w:r>
              <w:t>je voudrais</w:t>
            </w:r>
          </w:p>
        </w:tc>
        <w:tc>
          <w:tcPr>
            <w:tcW w:w="4320" w:type="dxa"/>
          </w:tcPr>
          <w:p w14:paraId="702DAF3B" w14:textId="77777777" w:rsidR="00632E22" w:rsidRDefault="000A68C8">
            <w:r>
              <w:t>I would like</w:t>
            </w:r>
          </w:p>
        </w:tc>
      </w:tr>
      <w:tr w:rsidR="00632E22" w14:paraId="2102FBF7" w14:textId="77777777">
        <w:tc>
          <w:tcPr>
            <w:tcW w:w="4320" w:type="dxa"/>
          </w:tcPr>
          <w:p w14:paraId="0DCDCF73" w14:textId="77777777" w:rsidR="00632E22" w:rsidRDefault="000A68C8">
            <w:r>
              <w:t>C'est quand ton anniversaire ?</w:t>
            </w:r>
          </w:p>
        </w:tc>
        <w:tc>
          <w:tcPr>
            <w:tcW w:w="4320" w:type="dxa"/>
          </w:tcPr>
          <w:p w14:paraId="2B9C29F9" w14:textId="77777777" w:rsidR="00632E22" w:rsidRDefault="000A68C8">
            <w:r>
              <w:t>When is your birthday?</w:t>
            </w:r>
          </w:p>
        </w:tc>
      </w:tr>
      <w:tr w:rsidR="00632E22" w14:paraId="37EB13C6" w14:textId="77777777">
        <w:tc>
          <w:tcPr>
            <w:tcW w:w="4320" w:type="dxa"/>
          </w:tcPr>
          <w:p w14:paraId="0A8909A7" w14:textId="77777777" w:rsidR="00632E22" w:rsidRDefault="000A68C8">
            <w:r>
              <w:t>Mon anniversaire c'est le...</w:t>
            </w:r>
          </w:p>
        </w:tc>
        <w:tc>
          <w:tcPr>
            <w:tcW w:w="4320" w:type="dxa"/>
          </w:tcPr>
          <w:p w14:paraId="4643F3C1" w14:textId="77777777" w:rsidR="00632E22" w:rsidRDefault="000A68C8">
            <w:r>
              <w:t>My birthday is...</w:t>
            </w:r>
          </w:p>
        </w:tc>
      </w:tr>
      <w:tr w:rsidR="00632E22" w14:paraId="591F9ED1" w14:textId="77777777">
        <w:tc>
          <w:tcPr>
            <w:tcW w:w="4320" w:type="dxa"/>
          </w:tcPr>
          <w:p w14:paraId="5062528B" w14:textId="77777777" w:rsidR="00632E22" w:rsidRDefault="000A68C8">
            <w:r>
              <w:t>Quelle est la date aujourd'hui ?</w:t>
            </w:r>
          </w:p>
        </w:tc>
        <w:tc>
          <w:tcPr>
            <w:tcW w:w="4320" w:type="dxa"/>
          </w:tcPr>
          <w:p w14:paraId="67058080" w14:textId="77777777" w:rsidR="00632E22" w:rsidRDefault="000A68C8">
            <w:r>
              <w:t>What's today's date?</w:t>
            </w:r>
          </w:p>
        </w:tc>
      </w:tr>
    </w:tbl>
    <w:p w14:paraId="2D1C9C7B" w14:textId="77777777" w:rsidR="00632E22" w:rsidRDefault="000A68C8">
      <w:pPr>
        <w:pStyle w:val="Heading2"/>
      </w:pPr>
      <w:r>
        <w:lastRenderedPageBreak/>
        <w:t>Cycle B - Colourful creatures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632E22" w14:paraId="35CA016D" w14:textId="77777777">
        <w:tc>
          <w:tcPr>
            <w:tcW w:w="4320" w:type="dxa"/>
          </w:tcPr>
          <w:p w14:paraId="3DABEB62" w14:textId="77777777" w:rsidR="00632E22" w:rsidRDefault="000A68C8">
            <w:r>
              <w:t>French</w:t>
            </w:r>
          </w:p>
        </w:tc>
        <w:tc>
          <w:tcPr>
            <w:tcW w:w="4320" w:type="dxa"/>
          </w:tcPr>
          <w:p w14:paraId="0771DA22" w14:textId="77777777" w:rsidR="00632E22" w:rsidRDefault="000A68C8">
            <w:r>
              <w:t>English</w:t>
            </w:r>
          </w:p>
        </w:tc>
      </w:tr>
      <w:tr w:rsidR="00632E22" w14:paraId="7577DA78" w14:textId="77777777">
        <w:tc>
          <w:tcPr>
            <w:tcW w:w="4320" w:type="dxa"/>
          </w:tcPr>
          <w:p w14:paraId="21A5797B" w14:textId="77777777" w:rsidR="00632E22" w:rsidRDefault="000A68C8">
            <w:r>
              <w:t>c'est</w:t>
            </w:r>
          </w:p>
        </w:tc>
        <w:tc>
          <w:tcPr>
            <w:tcW w:w="4320" w:type="dxa"/>
          </w:tcPr>
          <w:p w14:paraId="64323714" w14:textId="77777777" w:rsidR="00632E22" w:rsidRDefault="000A68C8">
            <w:r>
              <w:t>it is</w:t>
            </w:r>
          </w:p>
        </w:tc>
      </w:tr>
      <w:tr w:rsidR="00632E22" w14:paraId="6DD3F93B" w14:textId="77777777">
        <w:tc>
          <w:tcPr>
            <w:tcW w:w="4320" w:type="dxa"/>
          </w:tcPr>
          <w:p w14:paraId="1205367E" w14:textId="77777777" w:rsidR="00632E22" w:rsidRDefault="000A68C8">
            <w:r>
              <w:t>bleu</w:t>
            </w:r>
          </w:p>
        </w:tc>
        <w:tc>
          <w:tcPr>
            <w:tcW w:w="4320" w:type="dxa"/>
          </w:tcPr>
          <w:p w14:paraId="6D082DDA" w14:textId="77777777" w:rsidR="00632E22" w:rsidRDefault="000A68C8">
            <w:r>
              <w:t>blue</w:t>
            </w:r>
          </w:p>
        </w:tc>
      </w:tr>
      <w:tr w:rsidR="00632E22" w14:paraId="77F8071B" w14:textId="77777777">
        <w:tc>
          <w:tcPr>
            <w:tcW w:w="4320" w:type="dxa"/>
          </w:tcPr>
          <w:p w14:paraId="780D4225" w14:textId="77777777" w:rsidR="00632E22" w:rsidRDefault="000A68C8">
            <w:r>
              <w:t>énorme</w:t>
            </w:r>
          </w:p>
        </w:tc>
        <w:tc>
          <w:tcPr>
            <w:tcW w:w="4320" w:type="dxa"/>
          </w:tcPr>
          <w:p w14:paraId="2FAF6D12" w14:textId="77777777" w:rsidR="00632E22" w:rsidRDefault="000A68C8">
            <w:r>
              <w:t>huge</w:t>
            </w:r>
          </w:p>
        </w:tc>
      </w:tr>
      <w:tr w:rsidR="00632E22" w14:paraId="31C3EC52" w14:textId="77777777">
        <w:tc>
          <w:tcPr>
            <w:tcW w:w="4320" w:type="dxa"/>
          </w:tcPr>
          <w:p w14:paraId="01358029" w14:textId="77777777" w:rsidR="00632E22" w:rsidRDefault="000A68C8">
            <w:r>
              <w:t>grand</w:t>
            </w:r>
          </w:p>
        </w:tc>
        <w:tc>
          <w:tcPr>
            <w:tcW w:w="4320" w:type="dxa"/>
          </w:tcPr>
          <w:p w14:paraId="7C82675A" w14:textId="77777777" w:rsidR="00632E22" w:rsidRDefault="000A68C8">
            <w:r>
              <w:t>big</w:t>
            </w:r>
          </w:p>
        </w:tc>
      </w:tr>
      <w:tr w:rsidR="00632E22" w14:paraId="5FB0A237" w14:textId="77777777">
        <w:tc>
          <w:tcPr>
            <w:tcW w:w="4320" w:type="dxa"/>
          </w:tcPr>
          <w:p w14:paraId="444DD823" w14:textId="77777777" w:rsidR="00632E22" w:rsidRDefault="000A68C8">
            <w:r>
              <w:t>jaune</w:t>
            </w:r>
          </w:p>
        </w:tc>
        <w:tc>
          <w:tcPr>
            <w:tcW w:w="4320" w:type="dxa"/>
          </w:tcPr>
          <w:p w14:paraId="79698217" w14:textId="77777777" w:rsidR="00632E22" w:rsidRDefault="000A68C8">
            <w:r>
              <w:t>yellow</w:t>
            </w:r>
          </w:p>
        </w:tc>
      </w:tr>
      <w:tr w:rsidR="00632E22" w14:paraId="5070804D" w14:textId="77777777">
        <w:tc>
          <w:tcPr>
            <w:tcW w:w="4320" w:type="dxa"/>
          </w:tcPr>
          <w:p w14:paraId="164C0D8C" w14:textId="77777777" w:rsidR="00632E22" w:rsidRDefault="000A68C8">
            <w:r>
              <w:t>minuscule</w:t>
            </w:r>
          </w:p>
        </w:tc>
        <w:tc>
          <w:tcPr>
            <w:tcW w:w="4320" w:type="dxa"/>
          </w:tcPr>
          <w:p w14:paraId="7EB0671B" w14:textId="77777777" w:rsidR="00632E22" w:rsidRDefault="000A68C8">
            <w:r>
              <w:t>tiny</w:t>
            </w:r>
          </w:p>
        </w:tc>
      </w:tr>
      <w:tr w:rsidR="00632E22" w14:paraId="081029B2" w14:textId="77777777">
        <w:tc>
          <w:tcPr>
            <w:tcW w:w="4320" w:type="dxa"/>
          </w:tcPr>
          <w:p w14:paraId="06F6EFCE" w14:textId="77777777" w:rsidR="00632E22" w:rsidRDefault="000A68C8">
            <w:r>
              <w:t>petit</w:t>
            </w:r>
          </w:p>
        </w:tc>
        <w:tc>
          <w:tcPr>
            <w:tcW w:w="4320" w:type="dxa"/>
          </w:tcPr>
          <w:p w14:paraId="4A5A5F8B" w14:textId="77777777" w:rsidR="00632E22" w:rsidRDefault="000A68C8">
            <w:r>
              <w:t>small</w:t>
            </w:r>
          </w:p>
        </w:tc>
      </w:tr>
      <w:tr w:rsidR="00632E22" w14:paraId="06836DAD" w14:textId="77777777">
        <w:tc>
          <w:tcPr>
            <w:tcW w:w="4320" w:type="dxa"/>
          </w:tcPr>
          <w:p w14:paraId="6F1C4F1A" w14:textId="77777777" w:rsidR="00632E22" w:rsidRDefault="000A68C8">
            <w:r>
              <w:t>orange</w:t>
            </w:r>
          </w:p>
        </w:tc>
        <w:tc>
          <w:tcPr>
            <w:tcW w:w="4320" w:type="dxa"/>
          </w:tcPr>
          <w:p w14:paraId="2C13968D" w14:textId="77777777" w:rsidR="00632E22" w:rsidRDefault="000A68C8">
            <w:r>
              <w:t>orange</w:t>
            </w:r>
          </w:p>
        </w:tc>
      </w:tr>
      <w:tr w:rsidR="00632E22" w14:paraId="40337A2B" w14:textId="77777777">
        <w:tc>
          <w:tcPr>
            <w:tcW w:w="4320" w:type="dxa"/>
          </w:tcPr>
          <w:p w14:paraId="7B134023" w14:textId="77777777" w:rsidR="00632E22" w:rsidRDefault="000A68C8">
            <w:r>
              <w:t>rose</w:t>
            </w:r>
          </w:p>
        </w:tc>
        <w:tc>
          <w:tcPr>
            <w:tcW w:w="4320" w:type="dxa"/>
          </w:tcPr>
          <w:p w14:paraId="2C908B0F" w14:textId="77777777" w:rsidR="00632E22" w:rsidRDefault="000A68C8">
            <w:r>
              <w:t>pink</w:t>
            </w:r>
          </w:p>
        </w:tc>
      </w:tr>
      <w:tr w:rsidR="00632E22" w14:paraId="35511389" w14:textId="77777777">
        <w:tc>
          <w:tcPr>
            <w:tcW w:w="4320" w:type="dxa"/>
          </w:tcPr>
          <w:p w14:paraId="11E2948C" w14:textId="77777777" w:rsidR="00632E22" w:rsidRDefault="000A68C8">
            <w:r>
              <w:t>rouge</w:t>
            </w:r>
          </w:p>
        </w:tc>
        <w:tc>
          <w:tcPr>
            <w:tcW w:w="4320" w:type="dxa"/>
          </w:tcPr>
          <w:p w14:paraId="3C6978EE" w14:textId="77777777" w:rsidR="00632E22" w:rsidRDefault="000A68C8">
            <w:r>
              <w:t>red</w:t>
            </w:r>
          </w:p>
        </w:tc>
      </w:tr>
      <w:tr w:rsidR="00632E22" w14:paraId="2C754962" w14:textId="77777777">
        <w:tc>
          <w:tcPr>
            <w:tcW w:w="4320" w:type="dxa"/>
          </w:tcPr>
          <w:p w14:paraId="026736C8" w14:textId="77777777" w:rsidR="00632E22" w:rsidRDefault="000A68C8">
            <w:r>
              <w:t>vert</w:t>
            </w:r>
          </w:p>
        </w:tc>
        <w:tc>
          <w:tcPr>
            <w:tcW w:w="4320" w:type="dxa"/>
          </w:tcPr>
          <w:p w14:paraId="4CAD391F" w14:textId="77777777" w:rsidR="00632E22" w:rsidRDefault="000A68C8">
            <w:r>
              <w:t>green</w:t>
            </w:r>
          </w:p>
        </w:tc>
      </w:tr>
      <w:tr w:rsidR="00632E22" w14:paraId="55B38620" w14:textId="77777777">
        <w:tc>
          <w:tcPr>
            <w:tcW w:w="4320" w:type="dxa"/>
          </w:tcPr>
          <w:p w14:paraId="2A8D0D65" w14:textId="77777777" w:rsidR="00632E22" w:rsidRDefault="000A68C8">
            <w:r>
              <w:t>violet</w:t>
            </w:r>
          </w:p>
        </w:tc>
        <w:tc>
          <w:tcPr>
            <w:tcW w:w="4320" w:type="dxa"/>
          </w:tcPr>
          <w:p w14:paraId="0047988A" w14:textId="77777777" w:rsidR="00632E22" w:rsidRDefault="000A68C8">
            <w:r>
              <w:t>purple</w:t>
            </w:r>
          </w:p>
        </w:tc>
      </w:tr>
    </w:tbl>
    <w:p w14:paraId="632D68F8" w14:textId="77777777" w:rsidR="00632E22" w:rsidRDefault="000A68C8">
      <w:pPr>
        <w:pStyle w:val="Heading2"/>
      </w:pPr>
      <w:r>
        <w:t>Cycle B - Fabulous French food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632E22" w14:paraId="75B72A1F" w14:textId="77777777">
        <w:tc>
          <w:tcPr>
            <w:tcW w:w="4320" w:type="dxa"/>
          </w:tcPr>
          <w:p w14:paraId="6020D72C" w14:textId="77777777" w:rsidR="00632E22" w:rsidRDefault="000A68C8">
            <w:r>
              <w:t>French</w:t>
            </w:r>
          </w:p>
        </w:tc>
        <w:tc>
          <w:tcPr>
            <w:tcW w:w="4320" w:type="dxa"/>
          </w:tcPr>
          <w:p w14:paraId="66EB8E18" w14:textId="77777777" w:rsidR="00632E22" w:rsidRDefault="000A68C8">
            <w:r>
              <w:t>English</w:t>
            </w:r>
          </w:p>
        </w:tc>
      </w:tr>
      <w:tr w:rsidR="00632E22" w14:paraId="28DF38FA" w14:textId="77777777">
        <w:tc>
          <w:tcPr>
            <w:tcW w:w="4320" w:type="dxa"/>
          </w:tcPr>
          <w:p w14:paraId="0ED7EDB0" w14:textId="77777777" w:rsidR="00632E22" w:rsidRDefault="000A68C8">
            <w:r>
              <w:t>le menu</w:t>
            </w:r>
          </w:p>
        </w:tc>
        <w:tc>
          <w:tcPr>
            <w:tcW w:w="4320" w:type="dxa"/>
          </w:tcPr>
          <w:p w14:paraId="0CC62752" w14:textId="77777777" w:rsidR="00632E22" w:rsidRDefault="000A68C8">
            <w:r>
              <w:t>menu</w:t>
            </w:r>
          </w:p>
        </w:tc>
      </w:tr>
      <w:tr w:rsidR="00632E22" w14:paraId="39840225" w14:textId="77777777">
        <w:tc>
          <w:tcPr>
            <w:tcW w:w="4320" w:type="dxa"/>
          </w:tcPr>
          <w:p w14:paraId="16998D8A" w14:textId="77777777" w:rsidR="00632E22" w:rsidRDefault="000A68C8">
            <w:r>
              <w:t>une boisson</w:t>
            </w:r>
          </w:p>
        </w:tc>
        <w:tc>
          <w:tcPr>
            <w:tcW w:w="4320" w:type="dxa"/>
          </w:tcPr>
          <w:p w14:paraId="1BD79BE3" w14:textId="77777777" w:rsidR="00632E22" w:rsidRDefault="000A68C8">
            <w:r>
              <w:t>drink</w:t>
            </w:r>
          </w:p>
        </w:tc>
      </w:tr>
      <w:tr w:rsidR="00632E22" w14:paraId="4CBC9954" w14:textId="77777777">
        <w:tc>
          <w:tcPr>
            <w:tcW w:w="4320" w:type="dxa"/>
          </w:tcPr>
          <w:p w14:paraId="18532581" w14:textId="77777777" w:rsidR="00632E22" w:rsidRDefault="000A68C8">
            <w:r>
              <w:t>une entrée</w:t>
            </w:r>
          </w:p>
        </w:tc>
        <w:tc>
          <w:tcPr>
            <w:tcW w:w="4320" w:type="dxa"/>
          </w:tcPr>
          <w:p w14:paraId="48D27418" w14:textId="77777777" w:rsidR="00632E22" w:rsidRDefault="000A68C8">
            <w:r>
              <w:t>starter</w:t>
            </w:r>
          </w:p>
        </w:tc>
      </w:tr>
      <w:tr w:rsidR="00632E22" w14:paraId="71607C0B" w14:textId="77777777">
        <w:tc>
          <w:tcPr>
            <w:tcW w:w="4320" w:type="dxa"/>
          </w:tcPr>
          <w:p w14:paraId="7A5318D5" w14:textId="77777777" w:rsidR="00632E22" w:rsidRDefault="000A68C8">
            <w:r>
              <w:t>un plat principal</w:t>
            </w:r>
          </w:p>
        </w:tc>
        <w:tc>
          <w:tcPr>
            <w:tcW w:w="4320" w:type="dxa"/>
          </w:tcPr>
          <w:p w14:paraId="60ECA41B" w14:textId="77777777" w:rsidR="00632E22" w:rsidRDefault="000A68C8">
            <w:r>
              <w:t>main</w:t>
            </w:r>
          </w:p>
        </w:tc>
      </w:tr>
      <w:tr w:rsidR="00632E22" w14:paraId="617B1212" w14:textId="77777777">
        <w:tc>
          <w:tcPr>
            <w:tcW w:w="4320" w:type="dxa"/>
          </w:tcPr>
          <w:p w14:paraId="1D83A2D7" w14:textId="77777777" w:rsidR="00632E22" w:rsidRDefault="000A68C8">
            <w:r>
              <w:t>l'addition</w:t>
            </w:r>
          </w:p>
        </w:tc>
        <w:tc>
          <w:tcPr>
            <w:tcW w:w="4320" w:type="dxa"/>
          </w:tcPr>
          <w:p w14:paraId="5E0ADADC" w14:textId="77777777" w:rsidR="00632E22" w:rsidRDefault="000A68C8">
            <w:r>
              <w:t>bill</w:t>
            </w:r>
          </w:p>
        </w:tc>
      </w:tr>
      <w:tr w:rsidR="00632E22" w14:paraId="0C2D7D24" w14:textId="77777777">
        <w:tc>
          <w:tcPr>
            <w:tcW w:w="4320" w:type="dxa"/>
          </w:tcPr>
          <w:p w14:paraId="497128CF" w14:textId="77777777" w:rsidR="00632E22" w:rsidRDefault="000A68C8">
            <w:r>
              <w:t>s'il vous plaît</w:t>
            </w:r>
          </w:p>
        </w:tc>
        <w:tc>
          <w:tcPr>
            <w:tcW w:w="4320" w:type="dxa"/>
          </w:tcPr>
          <w:p w14:paraId="15377919" w14:textId="77777777" w:rsidR="00632E22" w:rsidRDefault="000A68C8">
            <w:r>
              <w:t>please</w:t>
            </w:r>
          </w:p>
        </w:tc>
      </w:tr>
      <w:tr w:rsidR="00632E22" w14:paraId="50AF33CA" w14:textId="77777777">
        <w:tc>
          <w:tcPr>
            <w:tcW w:w="4320" w:type="dxa"/>
          </w:tcPr>
          <w:p w14:paraId="48268560" w14:textId="77777777" w:rsidR="00632E22" w:rsidRDefault="000A68C8">
            <w:r>
              <w:t>ça fait</w:t>
            </w:r>
          </w:p>
        </w:tc>
        <w:tc>
          <w:tcPr>
            <w:tcW w:w="4320" w:type="dxa"/>
          </w:tcPr>
          <w:p w14:paraId="08D78FAA" w14:textId="77777777" w:rsidR="00632E22" w:rsidRDefault="000A68C8">
            <w:r>
              <w:t>it comes to</w:t>
            </w:r>
          </w:p>
        </w:tc>
      </w:tr>
      <w:tr w:rsidR="00632E22" w14:paraId="790981D7" w14:textId="77777777">
        <w:tc>
          <w:tcPr>
            <w:tcW w:w="4320" w:type="dxa"/>
          </w:tcPr>
          <w:p w14:paraId="6C62ADB6" w14:textId="77777777" w:rsidR="00632E22" w:rsidRDefault="000A68C8">
            <w:r>
              <w:t>Vous désirez ?</w:t>
            </w:r>
          </w:p>
        </w:tc>
        <w:tc>
          <w:tcPr>
            <w:tcW w:w="4320" w:type="dxa"/>
          </w:tcPr>
          <w:p w14:paraId="20AF1D73" w14:textId="77777777" w:rsidR="00632E22" w:rsidRDefault="000A68C8">
            <w:r>
              <w:t>What would you like?</w:t>
            </w:r>
          </w:p>
        </w:tc>
      </w:tr>
    </w:tbl>
    <w:p w14:paraId="7CC716BA" w14:textId="77777777" w:rsidR="00632E22" w:rsidRDefault="000A68C8">
      <w:pPr>
        <w:pStyle w:val="Heading2"/>
      </w:pPr>
      <w:r>
        <w:t>Cycle B - Gourmet tour of France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632E22" w14:paraId="2E0D05B9" w14:textId="77777777">
        <w:tc>
          <w:tcPr>
            <w:tcW w:w="4320" w:type="dxa"/>
          </w:tcPr>
          <w:p w14:paraId="7CBFE70F" w14:textId="77777777" w:rsidR="00632E22" w:rsidRDefault="000A68C8">
            <w:r>
              <w:t>French</w:t>
            </w:r>
          </w:p>
        </w:tc>
        <w:tc>
          <w:tcPr>
            <w:tcW w:w="4320" w:type="dxa"/>
          </w:tcPr>
          <w:p w14:paraId="691036A3" w14:textId="77777777" w:rsidR="00632E22" w:rsidRDefault="000A68C8">
            <w:r>
              <w:t>English</w:t>
            </w:r>
          </w:p>
        </w:tc>
      </w:tr>
      <w:tr w:rsidR="00632E22" w14:paraId="5FE33D47" w14:textId="77777777">
        <w:tc>
          <w:tcPr>
            <w:tcW w:w="4320" w:type="dxa"/>
          </w:tcPr>
          <w:p w14:paraId="44A1635F" w14:textId="77777777" w:rsidR="00632E22" w:rsidRDefault="000A68C8">
            <w:r>
              <w:t>le chocolat</w:t>
            </w:r>
          </w:p>
        </w:tc>
        <w:tc>
          <w:tcPr>
            <w:tcW w:w="4320" w:type="dxa"/>
          </w:tcPr>
          <w:p w14:paraId="7E6E1331" w14:textId="77777777" w:rsidR="00632E22" w:rsidRDefault="000A68C8">
            <w:r>
              <w:t>chocolate</w:t>
            </w:r>
          </w:p>
        </w:tc>
      </w:tr>
      <w:tr w:rsidR="00632E22" w14:paraId="6CCE09F4" w14:textId="77777777">
        <w:tc>
          <w:tcPr>
            <w:tcW w:w="4320" w:type="dxa"/>
          </w:tcPr>
          <w:p w14:paraId="2BB2BE03" w14:textId="77777777" w:rsidR="00632E22" w:rsidRDefault="000A68C8">
            <w:r>
              <w:t>le croissant</w:t>
            </w:r>
          </w:p>
        </w:tc>
        <w:tc>
          <w:tcPr>
            <w:tcW w:w="4320" w:type="dxa"/>
          </w:tcPr>
          <w:p w14:paraId="03303E2E" w14:textId="77777777" w:rsidR="00632E22" w:rsidRDefault="000A68C8">
            <w:r>
              <w:t>croissant</w:t>
            </w:r>
          </w:p>
        </w:tc>
      </w:tr>
      <w:tr w:rsidR="00632E22" w14:paraId="285213F6" w14:textId="77777777">
        <w:tc>
          <w:tcPr>
            <w:tcW w:w="4320" w:type="dxa"/>
          </w:tcPr>
          <w:p w14:paraId="3760CC08" w14:textId="77777777" w:rsidR="00632E22" w:rsidRDefault="000A68C8">
            <w:r>
              <w:t>le fromage</w:t>
            </w:r>
          </w:p>
        </w:tc>
        <w:tc>
          <w:tcPr>
            <w:tcW w:w="4320" w:type="dxa"/>
          </w:tcPr>
          <w:p w14:paraId="1780192A" w14:textId="77777777" w:rsidR="00632E22" w:rsidRDefault="000A68C8">
            <w:r>
              <w:t>cheese</w:t>
            </w:r>
          </w:p>
        </w:tc>
      </w:tr>
      <w:tr w:rsidR="00632E22" w14:paraId="5D0B6EE1" w14:textId="77777777">
        <w:tc>
          <w:tcPr>
            <w:tcW w:w="4320" w:type="dxa"/>
          </w:tcPr>
          <w:p w14:paraId="6FD48494" w14:textId="77777777" w:rsidR="00632E22" w:rsidRDefault="000A68C8">
            <w:r>
              <w:t>la baguette</w:t>
            </w:r>
          </w:p>
        </w:tc>
        <w:tc>
          <w:tcPr>
            <w:tcW w:w="4320" w:type="dxa"/>
          </w:tcPr>
          <w:p w14:paraId="46EF1528" w14:textId="77777777" w:rsidR="00632E22" w:rsidRDefault="000A68C8">
            <w:r>
              <w:t>baguette</w:t>
            </w:r>
          </w:p>
        </w:tc>
      </w:tr>
      <w:tr w:rsidR="00632E22" w14:paraId="4DC9F611" w14:textId="77777777">
        <w:tc>
          <w:tcPr>
            <w:tcW w:w="4320" w:type="dxa"/>
          </w:tcPr>
          <w:p w14:paraId="1AA9954B" w14:textId="77777777" w:rsidR="00632E22" w:rsidRDefault="000A68C8">
            <w:r>
              <w:t>j'aime</w:t>
            </w:r>
          </w:p>
        </w:tc>
        <w:tc>
          <w:tcPr>
            <w:tcW w:w="4320" w:type="dxa"/>
          </w:tcPr>
          <w:p w14:paraId="76D112C5" w14:textId="77777777" w:rsidR="00632E22" w:rsidRDefault="000A68C8">
            <w:r>
              <w:t>I like</w:t>
            </w:r>
          </w:p>
        </w:tc>
      </w:tr>
      <w:tr w:rsidR="00632E22" w14:paraId="0790FCE7" w14:textId="77777777">
        <w:tc>
          <w:tcPr>
            <w:tcW w:w="4320" w:type="dxa"/>
          </w:tcPr>
          <w:p w14:paraId="57F1D699" w14:textId="77777777" w:rsidR="00632E22" w:rsidRDefault="000A68C8">
            <w:r>
              <w:t>je n'aime pas</w:t>
            </w:r>
          </w:p>
        </w:tc>
        <w:tc>
          <w:tcPr>
            <w:tcW w:w="4320" w:type="dxa"/>
          </w:tcPr>
          <w:p w14:paraId="73C27F0D" w14:textId="77777777" w:rsidR="00632E22" w:rsidRDefault="000A68C8">
            <w:r>
              <w:t>I don't like</w:t>
            </w:r>
          </w:p>
        </w:tc>
      </w:tr>
      <w:tr w:rsidR="00632E22" w14:paraId="24309766" w14:textId="77777777">
        <w:tc>
          <w:tcPr>
            <w:tcW w:w="4320" w:type="dxa"/>
          </w:tcPr>
          <w:p w14:paraId="6042E20A" w14:textId="77777777" w:rsidR="00632E22" w:rsidRDefault="000A68C8">
            <w:r>
              <w:t>je préfère</w:t>
            </w:r>
          </w:p>
        </w:tc>
        <w:tc>
          <w:tcPr>
            <w:tcW w:w="4320" w:type="dxa"/>
          </w:tcPr>
          <w:p w14:paraId="00E67559" w14:textId="77777777" w:rsidR="00632E22" w:rsidRDefault="000A68C8">
            <w:r>
              <w:t>I prefer</w:t>
            </w:r>
          </w:p>
        </w:tc>
      </w:tr>
      <w:tr w:rsidR="00632E22" w14:paraId="3FFC87F8" w14:textId="77777777">
        <w:tc>
          <w:tcPr>
            <w:tcW w:w="4320" w:type="dxa"/>
          </w:tcPr>
          <w:p w14:paraId="772CE324" w14:textId="77777777" w:rsidR="00632E22" w:rsidRDefault="000A68C8">
            <w:r>
              <w:t>ma nourriture préférée est</w:t>
            </w:r>
          </w:p>
        </w:tc>
        <w:tc>
          <w:tcPr>
            <w:tcW w:w="4320" w:type="dxa"/>
          </w:tcPr>
          <w:p w14:paraId="1012E58A" w14:textId="77777777" w:rsidR="00632E22" w:rsidRDefault="000A68C8">
            <w:r>
              <w:t>My favourite food is</w:t>
            </w:r>
          </w:p>
        </w:tc>
      </w:tr>
      <w:tr w:rsidR="00632E22" w14:paraId="3AE57BDB" w14:textId="77777777">
        <w:tc>
          <w:tcPr>
            <w:tcW w:w="4320" w:type="dxa"/>
          </w:tcPr>
          <w:p w14:paraId="55F90EB5" w14:textId="77777777" w:rsidR="00632E22" w:rsidRDefault="000A68C8">
            <w:r>
              <w:t>tu aimes...?</w:t>
            </w:r>
          </w:p>
        </w:tc>
        <w:tc>
          <w:tcPr>
            <w:tcW w:w="4320" w:type="dxa"/>
          </w:tcPr>
          <w:p w14:paraId="4EB618E2" w14:textId="77777777" w:rsidR="00632E22" w:rsidRDefault="000A68C8">
            <w:r>
              <w:t>Do you like...?</w:t>
            </w:r>
          </w:p>
        </w:tc>
      </w:tr>
    </w:tbl>
    <w:p w14:paraId="10CD4DAA" w14:textId="77777777" w:rsidR="000A68C8" w:rsidRDefault="000A68C8"/>
    <w:sectPr w:rsidR="000A68C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61260364">
    <w:abstractNumId w:val="8"/>
  </w:num>
  <w:num w:numId="2" w16cid:durableId="2030374888">
    <w:abstractNumId w:val="6"/>
  </w:num>
  <w:num w:numId="3" w16cid:durableId="1405027158">
    <w:abstractNumId w:val="5"/>
  </w:num>
  <w:num w:numId="4" w16cid:durableId="1207136368">
    <w:abstractNumId w:val="4"/>
  </w:num>
  <w:num w:numId="5" w16cid:durableId="2043090713">
    <w:abstractNumId w:val="7"/>
  </w:num>
  <w:num w:numId="6" w16cid:durableId="1663895288">
    <w:abstractNumId w:val="3"/>
  </w:num>
  <w:num w:numId="7" w16cid:durableId="1902517002">
    <w:abstractNumId w:val="2"/>
  </w:num>
  <w:num w:numId="8" w16cid:durableId="251166626">
    <w:abstractNumId w:val="1"/>
  </w:num>
  <w:num w:numId="9" w16cid:durableId="624965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68C8"/>
    <w:rsid w:val="0015074B"/>
    <w:rsid w:val="0029639D"/>
    <w:rsid w:val="00326F90"/>
    <w:rsid w:val="005E46A9"/>
    <w:rsid w:val="00632E22"/>
    <w:rsid w:val="007E13AA"/>
    <w:rsid w:val="007F0E3F"/>
    <w:rsid w:val="0084624F"/>
    <w:rsid w:val="00AA1D8D"/>
    <w:rsid w:val="00B47730"/>
    <w:rsid w:val="00CB0664"/>
    <w:rsid w:val="00ED5A1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04B213F"/>
  <w14:defaultImageDpi w14:val="300"/>
  <w15:docId w15:val="{3BB658BC-E82F-4031-A331-B687DD9B5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Hattie Hubbard</cp:lastModifiedBy>
  <cp:revision>4</cp:revision>
  <dcterms:created xsi:type="dcterms:W3CDTF">2026-07-27T19:16:00Z</dcterms:created>
  <dcterms:modified xsi:type="dcterms:W3CDTF">2026-08-24T08:42:00Z</dcterms:modified>
  <cp:category/>
</cp:coreProperties>
</file>