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10166" w14:textId="77777777" w:rsidR="00CB10F6" w:rsidRDefault="004A1510">
      <w:pPr>
        <w:pStyle w:val="Heading1"/>
      </w:pPr>
      <w:r>
        <w:t>Kapow French Vocabulary – Year 5/6</w:t>
      </w:r>
    </w:p>
    <w:p w14:paraId="624F8895" w14:textId="77777777" w:rsidR="00CB10F6" w:rsidRDefault="004A1510">
      <w:pPr>
        <w:jc w:val="center"/>
      </w:pPr>
      <w:r>
        <w:t>Cycle A and Cycle B</w:t>
      </w:r>
    </w:p>
    <w:p w14:paraId="2037B6DD" w14:textId="77777777" w:rsidR="00CB10F6" w:rsidRDefault="004A1510">
      <w:pPr>
        <w:pStyle w:val="Heading2"/>
      </w:pPr>
      <w:r>
        <w:t>Cycle A – Portraits – describing in French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CB10F6" w14:paraId="47B27275" w14:textId="77777777">
        <w:tc>
          <w:tcPr>
            <w:tcW w:w="4320" w:type="dxa"/>
          </w:tcPr>
          <w:p w14:paraId="146F03FF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01F8FA99" w14:textId="77777777" w:rsidR="00CB10F6" w:rsidRDefault="004A1510">
            <w:r>
              <w:t>English</w:t>
            </w:r>
          </w:p>
        </w:tc>
      </w:tr>
      <w:tr w:rsidR="00CB10F6" w14:paraId="18FA2992" w14:textId="77777777">
        <w:tc>
          <w:tcPr>
            <w:tcW w:w="4320" w:type="dxa"/>
          </w:tcPr>
          <w:p w14:paraId="23DDD929" w14:textId="77777777" w:rsidR="00CB10F6" w:rsidRDefault="004A1510">
            <w:r>
              <w:t>il/elle a</w:t>
            </w:r>
          </w:p>
        </w:tc>
        <w:tc>
          <w:tcPr>
            <w:tcW w:w="4320" w:type="dxa"/>
          </w:tcPr>
          <w:p w14:paraId="10E0BE88" w14:textId="77777777" w:rsidR="00CB10F6" w:rsidRDefault="004A1510">
            <w:r>
              <w:t>he/she has</w:t>
            </w:r>
          </w:p>
        </w:tc>
      </w:tr>
      <w:tr w:rsidR="00CB10F6" w14:paraId="7EC3B9C1" w14:textId="77777777">
        <w:tc>
          <w:tcPr>
            <w:tcW w:w="4320" w:type="dxa"/>
          </w:tcPr>
          <w:p w14:paraId="5019886D" w14:textId="77777777" w:rsidR="00CB10F6" w:rsidRDefault="004A1510">
            <w:r>
              <w:t>les cheveux</w:t>
            </w:r>
          </w:p>
        </w:tc>
        <w:tc>
          <w:tcPr>
            <w:tcW w:w="4320" w:type="dxa"/>
          </w:tcPr>
          <w:p w14:paraId="7E9394E3" w14:textId="77777777" w:rsidR="00CB10F6" w:rsidRDefault="004A1510">
            <w:r>
              <w:t>hair</w:t>
            </w:r>
          </w:p>
        </w:tc>
      </w:tr>
      <w:tr w:rsidR="00CB10F6" w14:paraId="1D674676" w14:textId="77777777">
        <w:tc>
          <w:tcPr>
            <w:tcW w:w="4320" w:type="dxa"/>
          </w:tcPr>
          <w:p w14:paraId="35BA1388" w14:textId="77777777" w:rsidR="00CB10F6" w:rsidRDefault="004A1510">
            <w:r>
              <w:t>les yeux</w:t>
            </w:r>
          </w:p>
        </w:tc>
        <w:tc>
          <w:tcPr>
            <w:tcW w:w="4320" w:type="dxa"/>
          </w:tcPr>
          <w:p w14:paraId="3E8C09F8" w14:textId="77777777" w:rsidR="00CB10F6" w:rsidRDefault="004A1510">
            <w:r>
              <w:t>eyes</w:t>
            </w:r>
          </w:p>
        </w:tc>
      </w:tr>
      <w:tr w:rsidR="00CB10F6" w14:paraId="7E530993" w14:textId="77777777">
        <w:tc>
          <w:tcPr>
            <w:tcW w:w="4320" w:type="dxa"/>
          </w:tcPr>
          <w:p w14:paraId="1E06EEC4" w14:textId="77777777" w:rsidR="00CB10F6" w:rsidRDefault="004A1510">
            <w:r>
              <w:t>il/elle est</w:t>
            </w:r>
          </w:p>
        </w:tc>
        <w:tc>
          <w:tcPr>
            <w:tcW w:w="4320" w:type="dxa"/>
          </w:tcPr>
          <w:p w14:paraId="0B029D23" w14:textId="77777777" w:rsidR="00CB10F6" w:rsidRDefault="004A1510">
            <w:r>
              <w:t>he/she is</w:t>
            </w:r>
          </w:p>
        </w:tc>
      </w:tr>
      <w:tr w:rsidR="00CB10F6" w14:paraId="70AF523A" w14:textId="77777777">
        <w:tc>
          <w:tcPr>
            <w:tcW w:w="4320" w:type="dxa"/>
          </w:tcPr>
          <w:p w14:paraId="52A33FA4" w14:textId="77777777" w:rsidR="00CB10F6" w:rsidRDefault="004A1510">
            <w:r>
              <w:t>poli(e)</w:t>
            </w:r>
          </w:p>
        </w:tc>
        <w:tc>
          <w:tcPr>
            <w:tcW w:w="4320" w:type="dxa"/>
          </w:tcPr>
          <w:p w14:paraId="5BCD5E81" w14:textId="77777777" w:rsidR="00CB10F6" w:rsidRDefault="004A1510">
            <w:r>
              <w:t>polite</w:t>
            </w:r>
          </w:p>
        </w:tc>
      </w:tr>
      <w:tr w:rsidR="00CB10F6" w14:paraId="574F0C4B" w14:textId="77777777">
        <w:tc>
          <w:tcPr>
            <w:tcW w:w="4320" w:type="dxa"/>
          </w:tcPr>
          <w:p w14:paraId="10F27355" w14:textId="77777777" w:rsidR="00CB10F6" w:rsidRDefault="004A1510">
            <w:r>
              <w:t>fort(e)</w:t>
            </w:r>
          </w:p>
        </w:tc>
        <w:tc>
          <w:tcPr>
            <w:tcW w:w="4320" w:type="dxa"/>
          </w:tcPr>
          <w:p w14:paraId="403F4BE3" w14:textId="77777777" w:rsidR="00CB10F6" w:rsidRDefault="004A1510">
            <w:r>
              <w:t>strong</w:t>
            </w:r>
          </w:p>
        </w:tc>
      </w:tr>
      <w:tr w:rsidR="00CB10F6" w14:paraId="3C3CA019" w14:textId="77777777">
        <w:tc>
          <w:tcPr>
            <w:tcW w:w="4320" w:type="dxa"/>
          </w:tcPr>
          <w:p w14:paraId="0E97885E" w14:textId="77777777" w:rsidR="00CB10F6" w:rsidRDefault="004A1510">
            <w:r>
              <w:t>travailleur/travailleuse</w:t>
            </w:r>
          </w:p>
        </w:tc>
        <w:tc>
          <w:tcPr>
            <w:tcW w:w="4320" w:type="dxa"/>
          </w:tcPr>
          <w:p w14:paraId="66573FEF" w14:textId="77777777" w:rsidR="00CB10F6" w:rsidRDefault="004A1510">
            <w:r>
              <w:t>hard-working</w:t>
            </w:r>
          </w:p>
        </w:tc>
      </w:tr>
      <w:tr w:rsidR="00CB10F6" w14:paraId="387BE1E0" w14:textId="77777777">
        <w:tc>
          <w:tcPr>
            <w:tcW w:w="4320" w:type="dxa"/>
          </w:tcPr>
          <w:p w14:paraId="7CD6A49D" w14:textId="77777777" w:rsidR="00CB10F6" w:rsidRDefault="004A1510">
            <w:r>
              <w:t>sportif/sportive</w:t>
            </w:r>
          </w:p>
        </w:tc>
        <w:tc>
          <w:tcPr>
            <w:tcW w:w="4320" w:type="dxa"/>
          </w:tcPr>
          <w:p w14:paraId="51760A74" w14:textId="77777777" w:rsidR="00CB10F6" w:rsidRDefault="004A1510">
            <w:r>
              <w:t>sporty</w:t>
            </w:r>
          </w:p>
        </w:tc>
      </w:tr>
    </w:tbl>
    <w:p w14:paraId="03953122" w14:textId="77777777" w:rsidR="00CB10F6" w:rsidRDefault="00CB10F6"/>
    <w:p w14:paraId="0D8AA844" w14:textId="77777777" w:rsidR="00CB10F6" w:rsidRDefault="004A1510">
      <w:pPr>
        <w:pStyle w:val="Heading2"/>
      </w:pPr>
      <w:r>
        <w:t>Cycle A – Meet my French family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6F6C6182" w14:textId="77777777">
        <w:tc>
          <w:tcPr>
            <w:tcW w:w="4320" w:type="dxa"/>
          </w:tcPr>
          <w:p w14:paraId="1B65F40D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315044CE" w14:textId="77777777" w:rsidR="00CB10F6" w:rsidRDefault="004A1510">
            <w:r>
              <w:t>English</w:t>
            </w:r>
          </w:p>
        </w:tc>
      </w:tr>
      <w:tr w:rsidR="00CB10F6" w14:paraId="7B61B4A2" w14:textId="77777777">
        <w:tc>
          <w:tcPr>
            <w:tcW w:w="4320" w:type="dxa"/>
          </w:tcPr>
          <w:p w14:paraId="2BE5ADCA" w14:textId="77777777" w:rsidR="00CB10F6" w:rsidRDefault="004A1510">
            <w:r>
              <w:t>j’ai un frère</w:t>
            </w:r>
          </w:p>
        </w:tc>
        <w:tc>
          <w:tcPr>
            <w:tcW w:w="4320" w:type="dxa"/>
          </w:tcPr>
          <w:p w14:paraId="2548F813" w14:textId="77777777" w:rsidR="00CB10F6" w:rsidRDefault="004A1510">
            <w:r>
              <w:t>I have a brother</w:t>
            </w:r>
          </w:p>
        </w:tc>
      </w:tr>
      <w:tr w:rsidR="00CB10F6" w14:paraId="5B271570" w14:textId="77777777">
        <w:tc>
          <w:tcPr>
            <w:tcW w:w="4320" w:type="dxa"/>
          </w:tcPr>
          <w:p w14:paraId="6E5BB2D8" w14:textId="77777777" w:rsidR="00CB10F6" w:rsidRDefault="004A1510">
            <w:r>
              <w:t>j’ai une sœur</w:t>
            </w:r>
          </w:p>
        </w:tc>
        <w:tc>
          <w:tcPr>
            <w:tcW w:w="4320" w:type="dxa"/>
          </w:tcPr>
          <w:p w14:paraId="4EE8FC62" w14:textId="77777777" w:rsidR="00CB10F6" w:rsidRDefault="004A1510">
            <w:r>
              <w:t>I have a sister</w:t>
            </w:r>
          </w:p>
        </w:tc>
      </w:tr>
      <w:tr w:rsidR="00CB10F6" w14:paraId="1ED3EECF" w14:textId="77777777">
        <w:tc>
          <w:tcPr>
            <w:tcW w:w="4320" w:type="dxa"/>
          </w:tcPr>
          <w:p w14:paraId="056E61BA" w14:textId="77777777" w:rsidR="00CB10F6" w:rsidRDefault="004A1510">
            <w:r>
              <w:t>je n’ai pas de</w:t>
            </w:r>
          </w:p>
        </w:tc>
        <w:tc>
          <w:tcPr>
            <w:tcW w:w="4320" w:type="dxa"/>
          </w:tcPr>
          <w:p w14:paraId="76A7CF98" w14:textId="77777777" w:rsidR="00CB10F6" w:rsidRDefault="004A1510">
            <w:r>
              <w:t>I do not have</w:t>
            </w:r>
          </w:p>
        </w:tc>
      </w:tr>
      <w:tr w:rsidR="00CB10F6" w14:paraId="03C4F049" w14:textId="77777777">
        <w:tc>
          <w:tcPr>
            <w:tcW w:w="4320" w:type="dxa"/>
          </w:tcPr>
          <w:p w14:paraId="437D46F4" w14:textId="77777777" w:rsidR="00CB10F6" w:rsidRDefault="004A1510">
            <w:r>
              <w:t>je suis fils/fille unique</w:t>
            </w:r>
          </w:p>
        </w:tc>
        <w:tc>
          <w:tcPr>
            <w:tcW w:w="4320" w:type="dxa"/>
          </w:tcPr>
          <w:p w14:paraId="3817CA9E" w14:textId="77777777" w:rsidR="00CB10F6" w:rsidRDefault="004A1510">
            <w:r>
              <w:t>I am an only child</w:t>
            </w:r>
          </w:p>
        </w:tc>
      </w:tr>
      <w:tr w:rsidR="00CB10F6" w14:paraId="0E89E4DB" w14:textId="77777777">
        <w:tc>
          <w:tcPr>
            <w:tcW w:w="4320" w:type="dxa"/>
          </w:tcPr>
          <w:p w14:paraId="3542CEAD" w14:textId="77777777" w:rsidR="00CB10F6" w:rsidRDefault="004A1510">
            <w:r>
              <w:t>j’adore</w:t>
            </w:r>
          </w:p>
        </w:tc>
        <w:tc>
          <w:tcPr>
            <w:tcW w:w="4320" w:type="dxa"/>
          </w:tcPr>
          <w:p w14:paraId="5EFF987D" w14:textId="77777777" w:rsidR="00CB10F6" w:rsidRDefault="004A1510">
            <w:r>
              <w:t>I love</w:t>
            </w:r>
          </w:p>
        </w:tc>
      </w:tr>
    </w:tbl>
    <w:p w14:paraId="5B1D592F" w14:textId="77777777" w:rsidR="00CB10F6" w:rsidRDefault="00CB10F6"/>
    <w:p w14:paraId="0FF33FB0" w14:textId="77777777" w:rsidR="00CB10F6" w:rsidRDefault="004A1510">
      <w:pPr>
        <w:pStyle w:val="Heading2"/>
      </w:pPr>
      <w:r>
        <w:t>Cycle A – Clothes – getting dressed in France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5CFE4CC9" w14:textId="77777777">
        <w:tc>
          <w:tcPr>
            <w:tcW w:w="4320" w:type="dxa"/>
          </w:tcPr>
          <w:p w14:paraId="01DEEDBA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6052A12E" w14:textId="77777777" w:rsidR="00CB10F6" w:rsidRDefault="004A1510">
            <w:r>
              <w:t>English</w:t>
            </w:r>
          </w:p>
        </w:tc>
      </w:tr>
      <w:tr w:rsidR="00CB10F6" w14:paraId="2BE2986D" w14:textId="77777777">
        <w:tc>
          <w:tcPr>
            <w:tcW w:w="4320" w:type="dxa"/>
          </w:tcPr>
          <w:p w14:paraId="22D49B28" w14:textId="77777777" w:rsidR="00CB10F6" w:rsidRDefault="004A1510">
            <w:r>
              <w:t>un</w:t>
            </w:r>
          </w:p>
        </w:tc>
        <w:tc>
          <w:tcPr>
            <w:tcW w:w="4320" w:type="dxa"/>
          </w:tcPr>
          <w:p w14:paraId="515102BB" w14:textId="77777777" w:rsidR="00CB10F6" w:rsidRDefault="004A1510">
            <w:r>
              <w:t>a/an (m)</w:t>
            </w:r>
          </w:p>
        </w:tc>
      </w:tr>
      <w:tr w:rsidR="00CB10F6" w14:paraId="049148D2" w14:textId="77777777">
        <w:tc>
          <w:tcPr>
            <w:tcW w:w="4320" w:type="dxa"/>
          </w:tcPr>
          <w:p w14:paraId="2EFE54EE" w14:textId="77777777" w:rsidR="00CB10F6" w:rsidRDefault="004A1510">
            <w:r>
              <w:t>une</w:t>
            </w:r>
          </w:p>
        </w:tc>
        <w:tc>
          <w:tcPr>
            <w:tcW w:w="4320" w:type="dxa"/>
          </w:tcPr>
          <w:p w14:paraId="6E0D054D" w14:textId="77777777" w:rsidR="00CB10F6" w:rsidRDefault="004A1510">
            <w:r>
              <w:t>a/an (f)</w:t>
            </w:r>
          </w:p>
        </w:tc>
      </w:tr>
      <w:tr w:rsidR="00CB10F6" w14:paraId="72DA3D94" w14:textId="77777777">
        <w:tc>
          <w:tcPr>
            <w:tcW w:w="4320" w:type="dxa"/>
          </w:tcPr>
          <w:p w14:paraId="54A35EDA" w14:textId="77777777" w:rsidR="00CB10F6" w:rsidRDefault="004A1510">
            <w:r>
              <w:t>des</w:t>
            </w:r>
          </w:p>
        </w:tc>
        <w:tc>
          <w:tcPr>
            <w:tcW w:w="4320" w:type="dxa"/>
          </w:tcPr>
          <w:p w14:paraId="1A7AC4BD" w14:textId="77777777" w:rsidR="00CB10F6" w:rsidRDefault="004A1510">
            <w:r>
              <w:t>plural</w:t>
            </w:r>
          </w:p>
        </w:tc>
      </w:tr>
      <w:tr w:rsidR="00CB10F6" w14:paraId="386B1F9D" w14:textId="77777777">
        <w:tc>
          <w:tcPr>
            <w:tcW w:w="4320" w:type="dxa"/>
          </w:tcPr>
          <w:p w14:paraId="39795C70" w14:textId="77777777" w:rsidR="00CB10F6" w:rsidRDefault="004A1510">
            <w:r>
              <w:t>mon/ma/mes</w:t>
            </w:r>
          </w:p>
        </w:tc>
        <w:tc>
          <w:tcPr>
            <w:tcW w:w="4320" w:type="dxa"/>
          </w:tcPr>
          <w:p w14:paraId="7FDC1052" w14:textId="77777777" w:rsidR="00CB10F6" w:rsidRDefault="004A1510">
            <w:r>
              <w:t>my</w:t>
            </w:r>
          </w:p>
        </w:tc>
      </w:tr>
      <w:tr w:rsidR="00CB10F6" w14:paraId="44D5808D" w14:textId="77777777">
        <w:tc>
          <w:tcPr>
            <w:tcW w:w="4320" w:type="dxa"/>
          </w:tcPr>
          <w:p w14:paraId="00A88D66" w14:textId="77777777" w:rsidR="00CB10F6" w:rsidRDefault="004A1510">
            <w:r>
              <w:t>dans ma valise il y a</w:t>
            </w:r>
          </w:p>
        </w:tc>
        <w:tc>
          <w:tcPr>
            <w:tcW w:w="4320" w:type="dxa"/>
          </w:tcPr>
          <w:p w14:paraId="5D4540D8" w14:textId="77777777" w:rsidR="00CB10F6" w:rsidRDefault="004A1510">
            <w:r>
              <w:t>in my suitcase there is/are</w:t>
            </w:r>
          </w:p>
        </w:tc>
      </w:tr>
      <w:tr w:rsidR="00CB10F6" w14:paraId="24530CB9" w14:textId="77777777">
        <w:tc>
          <w:tcPr>
            <w:tcW w:w="4320" w:type="dxa"/>
          </w:tcPr>
          <w:p w14:paraId="4DB17D9C" w14:textId="77777777" w:rsidR="00CB10F6" w:rsidRDefault="004A1510">
            <w:r>
              <w:t>il/elle porte</w:t>
            </w:r>
          </w:p>
        </w:tc>
        <w:tc>
          <w:tcPr>
            <w:tcW w:w="4320" w:type="dxa"/>
          </w:tcPr>
          <w:p w14:paraId="2D2CA217" w14:textId="77777777" w:rsidR="00CB10F6" w:rsidRDefault="004A1510">
            <w:r>
              <w:t>he/she is wearing</w:t>
            </w:r>
          </w:p>
        </w:tc>
      </w:tr>
      <w:tr w:rsidR="00CB10F6" w14:paraId="737F85A2" w14:textId="77777777">
        <w:tc>
          <w:tcPr>
            <w:tcW w:w="4320" w:type="dxa"/>
          </w:tcPr>
          <w:p w14:paraId="211BC9CF" w14:textId="77777777" w:rsidR="00CB10F6" w:rsidRDefault="004A1510">
            <w:r>
              <w:t>C'est de quelle couleur ?</w:t>
            </w:r>
          </w:p>
        </w:tc>
        <w:tc>
          <w:tcPr>
            <w:tcW w:w="4320" w:type="dxa"/>
          </w:tcPr>
          <w:p w14:paraId="4219D14E" w14:textId="77777777" w:rsidR="00CB10F6" w:rsidRDefault="004A1510">
            <w:r>
              <w:t>What colour is it?</w:t>
            </w:r>
          </w:p>
        </w:tc>
      </w:tr>
    </w:tbl>
    <w:p w14:paraId="7E36920E" w14:textId="77777777" w:rsidR="00CB10F6" w:rsidRDefault="00CB10F6"/>
    <w:p w14:paraId="17C7070B" w14:textId="77777777" w:rsidR="00BB26EB" w:rsidRDefault="00BB26EB">
      <w:pPr>
        <w:pStyle w:val="Heading2"/>
      </w:pPr>
    </w:p>
    <w:p w14:paraId="68E31A9F" w14:textId="77777777" w:rsidR="00BB26EB" w:rsidRDefault="00BB26EB">
      <w:pPr>
        <w:pStyle w:val="Heading2"/>
      </w:pPr>
    </w:p>
    <w:p w14:paraId="57214086" w14:textId="77777777" w:rsidR="00BB26EB" w:rsidRDefault="00BB26EB">
      <w:pPr>
        <w:pStyle w:val="Heading2"/>
      </w:pPr>
    </w:p>
    <w:p w14:paraId="12BA4878" w14:textId="77777777" w:rsidR="00BB26EB" w:rsidRDefault="00BB26EB">
      <w:pPr>
        <w:pStyle w:val="Heading2"/>
      </w:pPr>
    </w:p>
    <w:p w14:paraId="0E8E2D2F" w14:textId="31B548E5" w:rsidR="00CB10F6" w:rsidRDefault="004A1510">
      <w:pPr>
        <w:pStyle w:val="Heading2"/>
      </w:pPr>
      <w:r>
        <w:t>Cycle A – French weather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5A2380DA" w14:textId="77777777">
        <w:tc>
          <w:tcPr>
            <w:tcW w:w="4320" w:type="dxa"/>
          </w:tcPr>
          <w:p w14:paraId="7F680E8E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56035D6A" w14:textId="77777777" w:rsidR="00CB10F6" w:rsidRDefault="004A1510">
            <w:r>
              <w:t>English</w:t>
            </w:r>
          </w:p>
        </w:tc>
      </w:tr>
      <w:tr w:rsidR="00CB10F6" w14:paraId="2784922D" w14:textId="77777777">
        <w:tc>
          <w:tcPr>
            <w:tcW w:w="4320" w:type="dxa"/>
          </w:tcPr>
          <w:p w14:paraId="1F1300C4" w14:textId="77777777" w:rsidR="00CB10F6" w:rsidRDefault="004A1510">
            <w:r>
              <w:t>Quel temps fait-il aujourd’hui ?</w:t>
            </w:r>
          </w:p>
        </w:tc>
        <w:tc>
          <w:tcPr>
            <w:tcW w:w="4320" w:type="dxa"/>
          </w:tcPr>
          <w:p w14:paraId="37112350" w14:textId="77777777" w:rsidR="00CB10F6" w:rsidRDefault="004A1510">
            <w:r>
              <w:t>What is the weather like today?</w:t>
            </w:r>
          </w:p>
        </w:tc>
      </w:tr>
      <w:tr w:rsidR="00CB10F6" w14:paraId="300354AC" w14:textId="77777777">
        <w:tc>
          <w:tcPr>
            <w:tcW w:w="4320" w:type="dxa"/>
          </w:tcPr>
          <w:p w14:paraId="23E88138" w14:textId="77777777" w:rsidR="00CB10F6" w:rsidRDefault="004A1510">
            <w:r>
              <w:t>il fait beau</w:t>
            </w:r>
          </w:p>
        </w:tc>
        <w:tc>
          <w:tcPr>
            <w:tcW w:w="4320" w:type="dxa"/>
          </w:tcPr>
          <w:p w14:paraId="29B21604" w14:textId="77777777" w:rsidR="00CB10F6" w:rsidRDefault="004A1510">
            <w:r>
              <w:t>it's fine</w:t>
            </w:r>
          </w:p>
        </w:tc>
      </w:tr>
      <w:tr w:rsidR="00CB10F6" w14:paraId="6FB25C9B" w14:textId="77777777">
        <w:tc>
          <w:tcPr>
            <w:tcW w:w="4320" w:type="dxa"/>
          </w:tcPr>
          <w:p w14:paraId="0AD40D53" w14:textId="77777777" w:rsidR="00CB10F6" w:rsidRDefault="004A1510">
            <w:r>
              <w:t>il fait mauvais</w:t>
            </w:r>
          </w:p>
        </w:tc>
        <w:tc>
          <w:tcPr>
            <w:tcW w:w="4320" w:type="dxa"/>
          </w:tcPr>
          <w:p w14:paraId="040FDD88" w14:textId="77777777" w:rsidR="00CB10F6" w:rsidRDefault="004A1510">
            <w:r>
              <w:t>bad weather</w:t>
            </w:r>
          </w:p>
        </w:tc>
      </w:tr>
      <w:tr w:rsidR="00CB10F6" w14:paraId="1F392D71" w14:textId="77777777">
        <w:tc>
          <w:tcPr>
            <w:tcW w:w="4320" w:type="dxa"/>
          </w:tcPr>
          <w:p w14:paraId="28979AF9" w14:textId="77777777" w:rsidR="00CB10F6" w:rsidRDefault="004A1510">
            <w:r>
              <w:t>il fait chaud</w:t>
            </w:r>
          </w:p>
        </w:tc>
        <w:tc>
          <w:tcPr>
            <w:tcW w:w="4320" w:type="dxa"/>
          </w:tcPr>
          <w:p w14:paraId="5B211540" w14:textId="77777777" w:rsidR="00CB10F6" w:rsidRDefault="004A1510">
            <w:r>
              <w:t>hot</w:t>
            </w:r>
          </w:p>
        </w:tc>
      </w:tr>
      <w:tr w:rsidR="00CB10F6" w14:paraId="392FE836" w14:textId="77777777">
        <w:tc>
          <w:tcPr>
            <w:tcW w:w="4320" w:type="dxa"/>
          </w:tcPr>
          <w:p w14:paraId="6F90FED2" w14:textId="77777777" w:rsidR="00CB10F6" w:rsidRDefault="004A1510">
            <w:r>
              <w:t>il fait froid</w:t>
            </w:r>
          </w:p>
        </w:tc>
        <w:tc>
          <w:tcPr>
            <w:tcW w:w="4320" w:type="dxa"/>
          </w:tcPr>
          <w:p w14:paraId="288CB607" w14:textId="77777777" w:rsidR="00CB10F6" w:rsidRDefault="004A1510">
            <w:r>
              <w:t>cold</w:t>
            </w:r>
          </w:p>
        </w:tc>
      </w:tr>
      <w:tr w:rsidR="00CB10F6" w14:paraId="543A1559" w14:textId="77777777">
        <w:tc>
          <w:tcPr>
            <w:tcW w:w="4320" w:type="dxa"/>
          </w:tcPr>
          <w:p w14:paraId="7DEC25E5" w14:textId="77777777" w:rsidR="00CB10F6" w:rsidRDefault="004A1510">
            <w:r>
              <w:t>il pleut</w:t>
            </w:r>
          </w:p>
        </w:tc>
        <w:tc>
          <w:tcPr>
            <w:tcW w:w="4320" w:type="dxa"/>
          </w:tcPr>
          <w:p w14:paraId="6776D0ED" w14:textId="77777777" w:rsidR="00CB10F6" w:rsidRDefault="004A1510">
            <w:r>
              <w:t>raining</w:t>
            </w:r>
          </w:p>
        </w:tc>
      </w:tr>
      <w:tr w:rsidR="00CB10F6" w14:paraId="60CF2BF1" w14:textId="77777777">
        <w:tc>
          <w:tcPr>
            <w:tcW w:w="4320" w:type="dxa"/>
          </w:tcPr>
          <w:p w14:paraId="5351DDD5" w14:textId="77777777" w:rsidR="00CB10F6" w:rsidRDefault="004A1510">
            <w:r>
              <w:t>il neige</w:t>
            </w:r>
          </w:p>
        </w:tc>
        <w:tc>
          <w:tcPr>
            <w:tcW w:w="4320" w:type="dxa"/>
          </w:tcPr>
          <w:p w14:paraId="06B820CE" w14:textId="77777777" w:rsidR="00CB10F6" w:rsidRDefault="004A1510">
            <w:r>
              <w:t>snowing</w:t>
            </w:r>
          </w:p>
        </w:tc>
      </w:tr>
      <w:tr w:rsidR="00CB10F6" w14:paraId="392115EE" w14:textId="77777777">
        <w:tc>
          <w:tcPr>
            <w:tcW w:w="4320" w:type="dxa"/>
          </w:tcPr>
          <w:p w14:paraId="06D5A3BB" w14:textId="77777777" w:rsidR="00CB10F6" w:rsidRDefault="004A1510">
            <w:r>
              <w:t>il y a du soleil</w:t>
            </w:r>
          </w:p>
        </w:tc>
        <w:tc>
          <w:tcPr>
            <w:tcW w:w="4320" w:type="dxa"/>
          </w:tcPr>
          <w:p w14:paraId="4CF6F4FB" w14:textId="77777777" w:rsidR="00CB10F6" w:rsidRDefault="004A1510">
            <w:r>
              <w:t>sunny</w:t>
            </w:r>
          </w:p>
        </w:tc>
      </w:tr>
      <w:tr w:rsidR="00CB10F6" w14:paraId="7E9C24ED" w14:textId="77777777">
        <w:tc>
          <w:tcPr>
            <w:tcW w:w="4320" w:type="dxa"/>
          </w:tcPr>
          <w:p w14:paraId="45530FA5" w14:textId="77777777" w:rsidR="00CB10F6" w:rsidRDefault="004A1510">
            <w:r>
              <w:t>il y a du vent</w:t>
            </w:r>
          </w:p>
        </w:tc>
        <w:tc>
          <w:tcPr>
            <w:tcW w:w="4320" w:type="dxa"/>
          </w:tcPr>
          <w:p w14:paraId="1E8C1206" w14:textId="77777777" w:rsidR="00CB10F6" w:rsidRDefault="004A1510">
            <w:r>
              <w:t>windy</w:t>
            </w:r>
          </w:p>
        </w:tc>
      </w:tr>
      <w:tr w:rsidR="00CB10F6" w14:paraId="46A16133" w14:textId="77777777">
        <w:tc>
          <w:tcPr>
            <w:tcW w:w="4320" w:type="dxa"/>
          </w:tcPr>
          <w:p w14:paraId="47419381" w14:textId="77777777" w:rsidR="00CB10F6" w:rsidRDefault="004A1510">
            <w:r>
              <w:t>il y a des nuages</w:t>
            </w:r>
          </w:p>
        </w:tc>
        <w:tc>
          <w:tcPr>
            <w:tcW w:w="4320" w:type="dxa"/>
          </w:tcPr>
          <w:p w14:paraId="39C49BFF" w14:textId="77777777" w:rsidR="00CB10F6" w:rsidRDefault="004A1510">
            <w:r>
              <w:t>cloudy</w:t>
            </w:r>
          </w:p>
        </w:tc>
      </w:tr>
    </w:tbl>
    <w:p w14:paraId="381ABA05" w14:textId="77777777" w:rsidR="00CB10F6" w:rsidRDefault="00CB10F6"/>
    <w:p w14:paraId="745F1925" w14:textId="77777777" w:rsidR="00CB10F6" w:rsidRDefault="004A1510">
      <w:pPr>
        <w:pStyle w:val="Heading2"/>
      </w:pPr>
      <w:r>
        <w:t>Cycle A – Exploring the French-speaking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22FDD3BF" w14:textId="77777777">
        <w:tc>
          <w:tcPr>
            <w:tcW w:w="4320" w:type="dxa"/>
          </w:tcPr>
          <w:p w14:paraId="7F549DA5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6C30B0DC" w14:textId="77777777" w:rsidR="00CB10F6" w:rsidRDefault="004A1510">
            <w:r>
              <w:t>English</w:t>
            </w:r>
          </w:p>
        </w:tc>
      </w:tr>
      <w:tr w:rsidR="00CB10F6" w14:paraId="220CF71E" w14:textId="77777777">
        <w:tc>
          <w:tcPr>
            <w:tcW w:w="4320" w:type="dxa"/>
          </w:tcPr>
          <w:p w14:paraId="7EB1088B" w14:textId="77777777" w:rsidR="00CB10F6" w:rsidRDefault="004A1510">
            <w:r>
              <w:t>j’ai trouvé</w:t>
            </w:r>
          </w:p>
        </w:tc>
        <w:tc>
          <w:tcPr>
            <w:tcW w:w="4320" w:type="dxa"/>
          </w:tcPr>
          <w:p w14:paraId="68A1CB9B" w14:textId="77777777" w:rsidR="00CB10F6" w:rsidRDefault="004A1510">
            <w:r>
              <w:t>I found</w:t>
            </w:r>
          </w:p>
        </w:tc>
      </w:tr>
      <w:tr w:rsidR="00CB10F6" w14:paraId="04CB6CAD" w14:textId="77777777">
        <w:tc>
          <w:tcPr>
            <w:tcW w:w="4320" w:type="dxa"/>
          </w:tcPr>
          <w:p w14:paraId="6670EC66" w14:textId="77777777" w:rsidR="00CB10F6" w:rsidRDefault="004A1510">
            <w:r>
              <w:t>au nord</w:t>
            </w:r>
          </w:p>
        </w:tc>
        <w:tc>
          <w:tcPr>
            <w:tcW w:w="4320" w:type="dxa"/>
          </w:tcPr>
          <w:p w14:paraId="1529EF3B" w14:textId="77777777" w:rsidR="00CB10F6" w:rsidRDefault="004A1510">
            <w:r>
              <w:t>to the north</w:t>
            </w:r>
          </w:p>
        </w:tc>
      </w:tr>
      <w:tr w:rsidR="00CB10F6" w14:paraId="2C48D119" w14:textId="77777777">
        <w:tc>
          <w:tcPr>
            <w:tcW w:w="4320" w:type="dxa"/>
          </w:tcPr>
          <w:p w14:paraId="0B14CBD8" w14:textId="77777777" w:rsidR="00CB10F6" w:rsidRDefault="004A1510">
            <w:r>
              <w:t>au sud</w:t>
            </w:r>
          </w:p>
        </w:tc>
        <w:tc>
          <w:tcPr>
            <w:tcW w:w="4320" w:type="dxa"/>
          </w:tcPr>
          <w:p w14:paraId="37DCCA47" w14:textId="77777777" w:rsidR="00CB10F6" w:rsidRDefault="004A1510">
            <w:r>
              <w:t>to the south</w:t>
            </w:r>
          </w:p>
        </w:tc>
      </w:tr>
      <w:tr w:rsidR="00CB10F6" w14:paraId="0D01626F" w14:textId="77777777">
        <w:tc>
          <w:tcPr>
            <w:tcW w:w="4320" w:type="dxa"/>
          </w:tcPr>
          <w:p w14:paraId="008A749E" w14:textId="77777777" w:rsidR="00CB10F6" w:rsidRDefault="004A1510">
            <w:r>
              <w:t>à l’est</w:t>
            </w:r>
          </w:p>
        </w:tc>
        <w:tc>
          <w:tcPr>
            <w:tcW w:w="4320" w:type="dxa"/>
          </w:tcPr>
          <w:p w14:paraId="5AA87E47" w14:textId="77777777" w:rsidR="00CB10F6" w:rsidRDefault="004A1510">
            <w:r>
              <w:t>to the east</w:t>
            </w:r>
          </w:p>
        </w:tc>
      </w:tr>
      <w:tr w:rsidR="00CB10F6" w14:paraId="1E2A2A60" w14:textId="77777777">
        <w:tc>
          <w:tcPr>
            <w:tcW w:w="4320" w:type="dxa"/>
          </w:tcPr>
          <w:p w14:paraId="0929E5D7" w14:textId="77777777" w:rsidR="00CB10F6" w:rsidRDefault="004A1510">
            <w:r>
              <w:t>à l’ouest</w:t>
            </w:r>
          </w:p>
        </w:tc>
        <w:tc>
          <w:tcPr>
            <w:tcW w:w="4320" w:type="dxa"/>
          </w:tcPr>
          <w:p w14:paraId="27630E59" w14:textId="77777777" w:rsidR="00CB10F6" w:rsidRDefault="004A1510">
            <w:r>
              <w:t>to the west</w:t>
            </w:r>
          </w:p>
        </w:tc>
      </w:tr>
      <w:tr w:rsidR="00CB10F6" w14:paraId="127EBF3C" w14:textId="77777777">
        <w:tc>
          <w:tcPr>
            <w:tcW w:w="4320" w:type="dxa"/>
          </w:tcPr>
          <w:p w14:paraId="52A867A3" w14:textId="77777777" w:rsidR="00CB10F6" w:rsidRDefault="004A1510">
            <w:r>
              <w:t>un pays</w:t>
            </w:r>
          </w:p>
        </w:tc>
        <w:tc>
          <w:tcPr>
            <w:tcW w:w="4320" w:type="dxa"/>
          </w:tcPr>
          <w:p w14:paraId="219CABFD" w14:textId="77777777" w:rsidR="00CB10F6" w:rsidRDefault="004A1510">
            <w:r>
              <w:t>a country</w:t>
            </w:r>
          </w:p>
        </w:tc>
      </w:tr>
    </w:tbl>
    <w:p w14:paraId="237B2EB9" w14:textId="77777777" w:rsidR="00CB10F6" w:rsidRDefault="00CB10F6"/>
    <w:p w14:paraId="47BC4573" w14:textId="77777777" w:rsidR="00CB10F6" w:rsidRDefault="004A1510">
      <w:pPr>
        <w:pStyle w:val="Heading2"/>
      </w:pPr>
      <w:r>
        <w:t>Cycle A – Planning a French holiday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7C80FF19" w14:textId="77777777">
        <w:tc>
          <w:tcPr>
            <w:tcW w:w="4320" w:type="dxa"/>
          </w:tcPr>
          <w:p w14:paraId="1CC1293E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3957E88B" w14:textId="77777777" w:rsidR="00CB10F6" w:rsidRDefault="004A1510">
            <w:r>
              <w:t>English</w:t>
            </w:r>
          </w:p>
        </w:tc>
      </w:tr>
      <w:tr w:rsidR="00CB10F6" w14:paraId="17EAC2F4" w14:textId="77777777">
        <w:tc>
          <w:tcPr>
            <w:tcW w:w="4320" w:type="dxa"/>
          </w:tcPr>
          <w:p w14:paraId="7BC763C8" w14:textId="77777777" w:rsidR="00CB10F6" w:rsidRDefault="004A1510">
            <w:r>
              <w:t>la plage</w:t>
            </w:r>
          </w:p>
        </w:tc>
        <w:tc>
          <w:tcPr>
            <w:tcW w:w="4320" w:type="dxa"/>
          </w:tcPr>
          <w:p w14:paraId="2B4BD9AE" w14:textId="77777777" w:rsidR="00CB10F6" w:rsidRDefault="004A1510">
            <w:r>
              <w:t>beach</w:t>
            </w:r>
          </w:p>
        </w:tc>
      </w:tr>
      <w:tr w:rsidR="00CB10F6" w14:paraId="69A7F049" w14:textId="77777777">
        <w:tc>
          <w:tcPr>
            <w:tcW w:w="4320" w:type="dxa"/>
          </w:tcPr>
          <w:p w14:paraId="2445BCD8" w14:textId="77777777" w:rsidR="00CB10F6" w:rsidRDefault="004A1510">
            <w:r>
              <w:t>les montagnes</w:t>
            </w:r>
          </w:p>
        </w:tc>
        <w:tc>
          <w:tcPr>
            <w:tcW w:w="4320" w:type="dxa"/>
          </w:tcPr>
          <w:p w14:paraId="226A78C5" w14:textId="77777777" w:rsidR="00CB10F6" w:rsidRDefault="004A1510">
            <w:r>
              <w:t>mountains</w:t>
            </w:r>
          </w:p>
        </w:tc>
      </w:tr>
      <w:tr w:rsidR="00CB10F6" w14:paraId="31248D5F" w14:textId="77777777">
        <w:tc>
          <w:tcPr>
            <w:tcW w:w="4320" w:type="dxa"/>
          </w:tcPr>
          <w:p w14:paraId="6ABA0EBD" w14:textId="77777777" w:rsidR="00CB10F6" w:rsidRDefault="004A1510">
            <w:r>
              <w:t>je vais aller</w:t>
            </w:r>
          </w:p>
        </w:tc>
        <w:tc>
          <w:tcPr>
            <w:tcW w:w="4320" w:type="dxa"/>
          </w:tcPr>
          <w:p w14:paraId="7ED449EA" w14:textId="77777777" w:rsidR="00CB10F6" w:rsidRDefault="004A1510">
            <w:r>
              <w:t>I am going to go</w:t>
            </w:r>
          </w:p>
        </w:tc>
      </w:tr>
      <w:tr w:rsidR="00CB10F6" w14:paraId="20D9CC9F" w14:textId="77777777">
        <w:tc>
          <w:tcPr>
            <w:tcW w:w="4320" w:type="dxa"/>
          </w:tcPr>
          <w:p w14:paraId="6250369F" w14:textId="77777777" w:rsidR="00CB10F6" w:rsidRDefault="004A1510">
            <w:r>
              <w:t>rester</w:t>
            </w:r>
          </w:p>
        </w:tc>
        <w:tc>
          <w:tcPr>
            <w:tcW w:w="4320" w:type="dxa"/>
          </w:tcPr>
          <w:p w14:paraId="3A4C6C0C" w14:textId="77777777" w:rsidR="00CB10F6" w:rsidRDefault="004A1510">
            <w:r>
              <w:t>to stay</w:t>
            </w:r>
          </w:p>
        </w:tc>
      </w:tr>
      <w:tr w:rsidR="00CB10F6" w14:paraId="51554433" w14:textId="77777777">
        <w:tc>
          <w:tcPr>
            <w:tcW w:w="4320" w:type="dxa"/>
          </w:tcPr>
          <w:p w14:paraId="5E8BB572" w14:textId="77777777" w:rsidR="00CB10F6" w:rsidRDefault="004A1510">
            <w:r>
              <w:t>faire</w:t>
            </w:r>
          </w:p>
        </w:tc>
        <w:tc>
          <w:tcPr>
            <w:tcW w:w="4320" w:type="dxa"/>
          </w:tcPr>
          <w:p w14:paraId="30BCAD68" w14:textId="77777777" w:rsidR="00CB10F6" w:rsidRDefault="004A1510">
            <w:r>
              <w:t>to do</w:t>
            </w:r>
          </w:p>
        </w:tc>
      </w:tr>
      <w:tr w:rsidR="00CB10F6" w14:paraId="1A0A62BF" w14:textId="77777777">
        <w:tc>
          <w:tcPr>
            <w:tcW w:w="4320" w:type="dxa"/>
          </w:tcPr>
          <w:p w14:paraId="4F263510" w14:textId="77777777" w:rsidR="00CB10F6" w:rsidRDefault="004A1510">
            <w:r>
              <w:t>Que vas-tu faire ?</w:t>
            </w:r>
          </w:p>
        </w:tc>
        <w:tc>
          <w:tcPr>
            <w:tcW w:w="4320" w:type="dxa"/>
          </w:tcPr>
          <w:p w14:paraId="07CE8D2B" w14:textId="77777777" w:rsidR="00CB10F6" w:rsidRDefault="004A1510">
            <w:r>
              <w:t>What are you going to do?</w:t>
            </w:r>
          </w:p>
        </w:tc>
      </w:tr>
    </w:tbl>
    <w:p w14:paraId="1B7AEEBD" w14:textId="77777777" w:rsidR="00CB10F6" w:rsidRDefault="00CB10F6"/>
    <w:p w14:paraId="779C5392" w14:textId="77777777" w:rsidR="00BB26EB" w:rsidRDefault="00BB26EB">
      <w:pPr>
        <w:pStyle w:val="Heading2"/>
      </w:pPr>
    </w:p>
    <w:p w14:paraId="6043B146" w14:textId="77777777" w:rsidR="00BB26EB" w:rsidRDefault="00BB26EB">
      <w:pPr>
        <w:pStyle w:val="Heading2"/>
      </w:pPr>
    </w:p>
    <w:p w14:paraId="562588B9" w14:textId="433EEE2B" w:rsidR="00CB10F6" w:rsidRDefault="004A1510">
      <w:pPr>
        <w:pStyle w:val="Heading2"/>
      </w:pPr>
      <w:r>
        <w:t>Cycle B – French transport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6CD1A26C" w14:textId="77777777">
        <w:tc>
          <w:tcPr>
            <w:tcW w:w="4320" w:type="dxa"/>
          </w:tcPr>
          <w:p w14:paraId="78FB06A8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513B58FC" w14:textId="77777777" w:rsidR="00CB10F6" w:rsidRDefault="004A1510">
            <w:r>
              <w:t>English</w:t>
            </w:r>
          </w:p>
        </w:tc>
      </w:tr>
      <w:tr w:rsidR="00CB10F6" w14:paraId="357201D1" w14:textId="77777777">
        <w:tc>
          <w:tcPr>
            <w:tcW w:w="4320" w:type="dxa"/>
          </w:tcPr>
          <w:p w14:paraId="4150F222" w14:textId="77777777" w:rsidR="00CB10F6" w:rsidRDefault="004A1510">
            <w:r>
              <w:t>en/à</w:t>
            </w:r>
          </w:p>
        </w:tc>
        <w:tc>
          <w:tcPr>
            <w:tcW w:w="4320" w:type="dxa"/>
          </w:tcPr>
          <w:p w14:paraId="5965E794" w14:textId="77777777" w:rsidR="00CB10F6" w:rsidRDefault="004A1510">
            <w:r>
              <w:t>by</w:t>
            </w:r>
          </w:p>
        </w:tc>
      </w:tr>
      <w:tr w:rsidR="00CB10F6" w14:paraId="3E34A9CA" w14:textId="77777777">
        <w:tc>
          <w:tcPr>
            <w:tcW w:w="4320" w:type="dxa"/>
          </w:tcPr>
          <w:p w14:paraId="71BC7BB9" w14:textId="77777777" w:rsidR="00CB10F6" w:rsidRDefault="004A1510">
            <w:r>
              <w:t>je vais en/à</w:t>
            </w:r>
          </w:p>
        </w:tc>
        <w:tc>
          <w:tcPr>
            <w:tcW w:w="4320" w:type="dxa"/>
          </w:tcPr>
          <w:p w14:paraId="66E36F60" w14:textId="77777777" w:rsidR="00CB10F6" w:rsidRDefault="004A1510">
            <w:r>
              <w:t>I go by</w:t>
            </w:r>
          </w:p>
        </w:tc>
      </w:tr>
      <w:tr w:rsidR="00CB10F6" w14:paraId="210D08BD" w14:textId="77777777">
        <w:tc>
          <w:tcPr>
            <w:tcW w:w="4320" w:type="dxa"/>
          </w:tcPr>
          <w:p w14:paraId="05628427" w14:textId="77777777" w:rsidR="00CB10F6" w:rsidRDefault="004A1510">
            <w:r>
              <w:t>puis</w:t>
            </w:r>
          </w:p>
        </w:tc>
        <w:tc>
          <w:tcPr>
            <w:tcW w:w="4320" w:type="dxa"/>
          </w:tcPr>
          <w:p w14:paraId="2F747082" w14:textId="77777777" w:rsidR="00CB10F6" w:rsidRDefault="004A1510">
            <w:r>
              <w:t>then</w:t>
            </w:r>
          </w:p>
        </w:tc>
      </w:tr>
      <w:tr w:rsidR="00CB10F6" w14:paraId="4201F6DE" w14:textId="77777777">
        <w:tc>
          <w:tcPr>
            <w:tcW w:w="4320" w:type="dxa"/>
          </w:tcPr>
          <w:p w14:paraId="0C150884" w14:textId="77777777" w:rsidR="00CB10F6" w:rsidRDefault="004A1510">
            <w:r>
              <w:t>Tu vas où ?</w:t>
            </w:r>
          </w:p>
        </w:tc>
        <w:tc>
          <w:tcPr>
            <w:tcW w:w="4320" w:type="dxa"/>
          </w:tcPr>
          <w:p w14:paraId="1DF458DE" w14:textId="77777777" w:rsidR="00CB10F6" w:rsidRDefault="004A1510">
            <w:r>
              <w:t>Where are you going?</w:t>
            </w:r>
          </w:p>
        </w:tc>
      </w:tr>
      <w:tr w:rsidR="00CB10F6" w14:paraId="37041E7A" w14:textId="77777777">
        <w:tc>
          <w:tcPr>
            <w:tcW w:w="4320" w:type="dxa"/>
          </w:tcPr>
          <w:p w14:paraId="606881A8" w14:textId="77777777" w:rsidR="00CB10F6" w:rsidRDefault="004A1510">
            <w:r>
              <w:t>Comment tu vas à l'école ?</w:t>
            </w:r>
          </w:p>
        </w:tc>
        <w:tc>
          <w:tcPr>
            <w:tcW w:w="4320" w:type="dxa"/>
          </w:tcPr>
          <w:p w14:paraId="2442F029" w14:textId="77777777" w:rsidR="00CB10F6" w:rsidRDefault="004A1510">
            <w:r>
              <w:t>How do you go to school?</w:t>
            </w:r>
          </w:p>
        </w:tc>
      </w:tr>
    </w:tbl>
    <w:p w14:paraId="3411F009" w14:textId="77777777" w:rsidR="00CB10F6" w:rsidRDefault="00CB10F6"/>
    <w:p w14:paraId="2F324836" w14:textId="77777777" w:rsidR="00CB10F6" w:rsidRDefault="004A1510">
      <w:pPr>
        <w:pStyle w:val="Heading2"/>
      </w:pPr>
      <w:r>
        <w:t>Cycle B – In my French house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7FA6925A" w14:textId="77777777">
        <w:tc>
          <w:tcPr>
            <w:tcW w:w="4320" w:type="dxa"/>
          </w:tcPr>
          <w:p w14:paraId="37090946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70B58B1C" w14:textId="77777777" w:rsidR="00CB10F6" w:rsidRDefault="004A1510">
            <w:r>
              <w:t>English</w:t>
            </w:r>
          </w:p>
        </w:tc>
      </w:tr>
      <w:tr w:rsidR="00CB10F6" w14:paraId="5A01484A" w14:textId="77777777">
        <w:tc>
          <w:tcPr>
            <w:tcW w:w="4320" w:type="dxa"/>
          </w:tcPr>
          <w:p w14:paraId="3449772A" w14:textId="77777777" w:rsidR="00CB10F6" w:rsidRDefault="004A1510">
            <w:r>
              <w:t>J'habite dans</w:t>
            </w:r>
          </w:p>
        </w:tc>
        <w:tc>
          <w:tcPr>
            <w:tcW w:w="4320" w:type="dxa"/>
          </w:tcPr>
          <w:p w14:paraId="016D5277" w14:textId="77777777" w:rsidR="00CB10F6" w:rsidRDefault="004A1510">
            <w:r>
              <w:t>I live in</w:t>
            </w:r>
          </w:p>
        </w:tc>
      </w:tr>
      <w:tr w:rsidR="00CB10F6" w14:paraId="7F48813C" w14:textId="77777777">
        <w:tc>
          <w:tcPr>
            <w:tcW w:w="4320" w:type="dxa"/>
          </w:tcPr>
          <w:p w14:paraId="7E3F2D66" w14:textId="77777777" w:rsidR="00CB10F6" w:rsidRDefault="004A1510">
            <w:r>
              <w:t>la cuisine</w:t>
            </w:r>
          </w:p>
        </w:tc>
        <w:tc>
          <w:tcPr>
            <w:tcW w:w="4320" w:type="dxa"/>
          </w:tcPr>
          <w:p w14:paraId="58BDAAA6" w14:textId="77777777" w:rsidR="00CB10F6" w:rsidRDefault="004A1510">
            <w:r>
              <w:t>kitchen</w:t>
            </w:r>
          </w:p>
        </w:tc>
      </w:tr>
      <w:tr w:rsidR="00CB10F6" w14:paraId="625E9DDA" w14:textId="77777777">
        <w:tc>
          <w:tcPr>
            <w:tcW w:w="4320" w:type="dxa"/>
          </w:tcPr>
          <w:p w14:paraId="1B92E052" w14:textId="77777777" w:rsidR="00CB10F6" w:rsidRDefault="004A1510">
            <w:r>
              <w:t>le salon</w:t>
            </w:r>
          </w:p>
        </w:tc>
        <w:tc>
          <w:tcPr>
            <w:tcW w:w="4320" w:type="dxa"/>
          </w:tcPr>
          <w:p w14:paraId="6CB477A3" w14:textId="77777777" w:rsidR="00CB10F6" w:rsidRDefault="004A1510">
            <w:r>
              <w:t>living room</w:t>
            </w:r>
          </w:p>
        </w:tc>
      </w:tr>
      <w:tr w:rsidR="00CB10F6" w14:paraId="154FC4E2" w14:textId="77777777">
        <w:tc>
          <w:tcPr>
            <w:tcW w:w="4320" w:type="dxa"/>
          </w:tcPr>
          <w:p w14:paraId="62DA94ED" w14:textId="77777777" w:rsidR="00CB10F6" w:rsidRDefault="004A1510">
            <w:r>
              <w:t>la chambre</w:t>
            </w:r>
          </w:p>
        </w:tc>
        <w:tc>
          <w:tcPr>
            <w:tcW w:w="4320" w:type="dxa"/>
          </w:tcPr>
          <w:p w14:paraId="7690350A" w14:textId="77777777" w:rsidR="00CB10F6" w:rsidRDefault="004A1510">
            <w:r>
              <w:t>bedroom</w:t>
            </w:r>
          </w:p>
        </w:tc>
      </w:tr>
      <w:tr w:rsidR="00CB10F6" w14:paraId="2824849F" w14:textId="77777777">
        <w:tc>
          <w:tcPr>
            <w:tcW w:w="4320" w:type="dxa"/>
          </w:tcPr>
          <w:p w14:paraId="3040DC82" w14:textId="77777777" w:rsidR="00CB10F6" w:rsidRDefault="004A1510">
            <w:r>
              <w:t>la salle de bain</w:t>
            </w:r>
          </w:p>
        </w:tc>
        <w:tc>
          <w:tcPr>
            <w:tcW w:w="4320" w:type="dxa"/>
          </w:tcPr>
          <w:p w14:paraId="435828DD" w14:textId="77777777" w:rsidR="00CB10F6" w:rsidRDefault="004A1510">
            <w:r>
              <w:t>bathroom</w:t>
            </w:r>
          </w:p>
        </w:tc>
      </w:tr>
      <w:tr w:rsidR="00CB10F6" w14:paraId="033F8865" w14:textId="77777777">
        <w:tc>
          <w:tcPr>
            <w:tcW w:w="4320" w:type="dxa"/>
          </w:tcPr>
          <w:p w14:paraId="1C00958A" w14:textId="77777777" w:rsidR="00CB10F6" w:rsidRDefault="004A1510">
            <w:r>
              <w:t>il y a</w:t>
            </w:r>
          </w:p>
        </w:tc>
        <w:tc>
          <w:tcPr>
            <w:tcW w:w="4320" w:type="dxa"/>
          </w:tcPr>
          <w:p w14:paraId="5D759770" w14:textId="77777777" w:rsidR="00CB10F6" w:rsidRDefault="004A1510">
            <w:r>
              <w:t>there is/are</w:t>
            </w:r>
          </w:p>
        </w:tc>
      </w:tr>
    </w:tbl>
    <w:p w14:paraId="376042F7" w14:textId="77777777" w:rsidR="00CB10F6" w:rsidRDefault="00CB10F6"/>
    <w:p w14:paraId="02F5C106" w14:textId="77777777" w:rsidR="00CB10F6" w:rsidRDefault="004A1510">
      <w:pPr>
        <w:pStyle w:val="Heading2"/>
      </w:pPr>
      <w:r>
        <w:t>Cycle B – French music celebrations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587147DB" w14:textId="77777777">
        <w:tc>
          <w:tcPr>
            <w:tcW w:w="4320" w:type="dxa"/>
          </w:tcPr>
          <w:p w14:paraId="28FAABA5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33978FB8" w14:textId="77777777" w:rsidR="00CB10F6" w:rsidRDefault="004A1510">
            <w:r>
              <w:t>English</w:t>
            </w:r>
          </w:p>
        </w:tc>
      </w:tr>
      <w:tr w:rsidR="00CB10F6" w14:paraId="1B96318A" w14:textId="77777777">
        <w:tc>
          <w:tcPr>
            <w:tcW w:w="4320" w:type="dxa"/>
          </w:tcPr>
          <w:p w14:paraId="0CDE7760" w14:textId="77777777" w:rsidR="00CB10F6" w:rsidRDefault="004A1510">
            <w:r>
              <w:t>Tu joues d'un instrument ?</w:t>
            </w:r>
          </w:p>
        </w:tc>
        <w:tc>
          <w:tcPr>
            <w:tcW w:w="4320" w:type="dxa"/>
          </w:tcPr>
          <w:p w14:paraId="4D96570B" w14:textId="77777777" w:rsidR="00CB10F6" w:rsidRDefault="004A1510">
            <w:r>
              <w:t>Do you play an instrument?</w:t>
            </w:r>
          </w:p>
        </w:tc>
      </w:tr>
      <w:tr w:rsidR="00CB10F6" w14:paraId="32C7DF38" w14:textId="77777777">
        <w:tc>
          <w:tcPr>
            <w:tcW w:w="4320" w:type="dxa"/>
          </w:tcPr>
          <w:p w14:paraId="6BF74E3A" w14:textId="77777777" w:rsidR="00CB10F6" w:rsidRDefault="004A1510">
            <w:r>
              <w:t>je joue du piano</w:t>
            </w:r>
          </w:p>
        </w:tc>
        <w:tc>
          <w:tcPr>
            <w:tcW w:w="4320" w:type="dxa"/>
          </w:tcPr>
          <w:p w14:paraId="0980F1C6" w14:textId="77777777" w:rsidR="00CB10F6" w:rsidRDefault="004A1510">
            <w:r>
              <w:t>I play the piano</w:t>
            </w:r>
          </w:p>
        </w:tc>
      </w:tr>
      <w:tr w:rsidR="00CB10F6" w14:paraId="7A06F5F1" w14:textId="77777777">
        <w:tc>
          <w:tcPr>
            <w:tcW w:w="4320" w:type="dxa"/>
          </w:tcPr>
          <w:p w14:paraId="38CB3A37" w14:textId="77777777" w:rsidR="00CB10F6" w:rsidRDefault="004A1510">
            <w:r>
              <w:t>la musique classique</w:t>
            </w:r>
          </w:p>
        </w:tc>
        <w:tc>
          <w:tcPr>
            <w:tcW w:w="4320" w:type="dxa"/>
          </w:tcPr>
          <w:p w14:paraId="678525C5" w14:textId="77777777" w:rsidR="00CB10F6" w:rsidRDefault="004A1510">
            <w:r>
              <w:t>classical music</w:t>
            </w:r>
          </w:p>
        </w:tc>
      </w:tr>
      <w:tr w:rsidR="00CB10F6" w14:paraId="2534632A" w14:textId="77777777">
        <w:tc>
          <w:tcPr>
            <w:tcW w:w="4320" w:type="dxa"/>
          </w:tcPr>
          <w:p w14:paraId="781616A8" w14:textId="77777777" w:rsidR="00CB10F6" w:rsidRDefault="004A1510">
            <w:r>
              <w:t>la musique rock</w:t>
            </w:r>
          </w:p>
        </w:tc>
        <w:tc>
          <w:tcPr>
            <w:tcW w:w="4320" w:type="dxa"/>
          </w:tcPr>
          <w:p w14:paraId="027031D5" w14:textId="77777777" w:rsidR="00CB10F6" w:rsidRDefault="004A1510">
            <w:r>
              <w:t>rock music</w:t>
            </w:r>
          </w:p>
        </w:tc>
      </w:tr>
      <w:tr w:rsidR="00CB10F6" w14:paraId="32D58FA8" w14:textId="77777777">
        <w:tc>
          <w:tcPr>
            <w:tcW w:w="4320" w:type="dxa"/>
          </w:tcPr>
          <w:p w14:paraId="65CD113C" w14:textId="77777777" w:rsidR="00CB10F6" w:rsidRDefault="004A1510">
            <w:r>
              <w:t>car c'est</w:t>
            </w:r>
          </w:p>
        </w:tc>
        <w:tc>
          <w:tcPr>
            <w:tcW w:w="4320" w:type="dxa"/>
          </w:tcPr>
          <w:p w14:paraId="071B0683" w14:textId="77777777" w:rsidR="00CB10F6" w:rsidRDefault="004A1510">
            <w:r>
              <w:t>because it is</w:t>
            </w:r>
          </w:p>
        </w:tc>
      </w:tr>
    </w:tbl>
    <w:p w14:paraId="45F4DF1F" w14:textId="77777777" w:rsidR="00CB10F6" w:rsidRDefault="00CB10F6"/>
    <w:p w14:paraId="5E207FDA" w14:textId="77777777" w:rsidR="00CB10F6" w:rsidRDefault="004A1510">
      <w:pPr>
        <w:pStyle w:val="Heading2"/>
      </w:pPr>
      <w:r>
        <w:t>Cycle B – French verbs in a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22F0B007" w14:textId="77777777">
        <w:tc>
          <w:tcPr>
            <w:tcW w:w="4320" w:type="dxa"/>
          </w:tcPr>
          <w:p w14:paraId="1FD5B500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648D7C91" w14:textId="77777777" w:rsidR="00CB10F6" w:rsidRDefault="004A1510">
            <w:r>
              <w:t>English</w:t>
            </w:r>
          </w:p>
        </w:tc>
      </w:tr>
      <w:tr w:rsidR="00CB10F6" w14:paraId="29C85827" w14:textId="77777777">
        <w:tc>
          <w:tcPr>
            <w:tcW w:w="4320" w:type="dxa"/>
          </w:tcPr>
          <w:p w14:paraId="069DBEDC" w14:textId="77777777" w:rsidR="00CB10F6" w:rsidRDefault="004A1510">
            <w:r>
              <w:t>chanter</w:t>
            </w:r>
          </w:p>
        </w:tc>
        <w:tc>
          <w:tcPr>
            <w:tcW w:w="4320" w:type="dxa"/>
          </w:tcPr>
          <w:p w14:paraId="6CAFA7E1" w14:textId="77777777" w:rsidR="00CB10F6" w:rsidRDefault="004A1510">
            <w:r>
              <w:t>to sing</w:t>
            </w:r>
          </w:p>
        </w:tc>
      </w:tr>
      <w:tr w:rsidR="00CB10F6" w14:paraId="205FBF00" w14:textId="77777777">
        <w:tc>
          <w:tcPr>
            <w:tcW w:w="4320" w:type="dxa"/>
          </w:tcPr>
          <w:p w14:paraId="05EA9BED" w14:textId="77777777" w:rsidR="00CB10F6" w:rsidRDefault="004A1510">
            <w:r>
              <w:t>courir</w:t>
            </w:r>
          </w:p>
        </w:tc>
        <w:tc>
          <w:tcPr>
            <w:tcW w:w="4320" w:type="dxa"/>
          </w:tcPr>
          <w:p w14:paraId="146C78B7" w14:textId="77777777" w:rsidR="00CB10F6" w:rsidRDefault="004A1510">
            <w:r>
              <w:t>to run</w:t>
            </w:r>
          </w:p>
        </w:tc>
      </w:tr>
      <w:tr w:rsidR="00CB10F6" w14:paraId="10B7AE73" w14:textId="77777777">
        <w:tc>
          <w:tcPr>
            <w:tcW w:w="4320" w:type="dxa"/>
          </w:tcPr>
          <w:p w14:paraId="142F3786" w14:textId="77777777" w:rsidR="00CB10F6" w:rsidRDefault="004A1510">
            <w:r>
              <w:t>danser</w:t>
            </w:r>
          </w:p>
        </w:tc>
        <w:tc>
          <w:tcPr>
            <w:tcW w:w="4320" w:type="dxa"/>
          </w:tcPr>
          <w:p w14:paraId="7271BEF5" w14:textId="77777777" w:rsidR="00CB10F6" w:rsidRDefault="004A1510">
            <w:r>
              <w:t>to dance</w:t>
            </w:r>
          </w:p>
        </w:tc>
      </w:tr>
      <w:tr w:rsidR="00CB10F6" w14:paraId="7717719E" w14:textId="77777777">
        <w:tc>
          <w:tcPr>
            <w:tcW w:w="4320" w:type="dxa"/>
          </w:tcPr>
          <w:p w14:paraId="71AC258D" w14:textId="77777777" w:rsidR="00CB10F6" w:rsidRDefault="004A1510">
            <w:r>
              <w:t>dormir</w:t>
            </w:r>
          </w:p>
        </w:tc>
        <w:tc>
          <w:tcPr>
            <w:tcW w:w="4320" w:type="dxa"/>
          </w:tcPr>
          <w:p w14:paraId="74297FC4" w14:textId="77777777" w:rsidR="00CB10F6" w:rsidRDefault="004A1510">
            <w:r>
              <w:t>to sleep</w:t>
            </w:r>
          </w:p>
        </w:tc>
      </w:tr>
      <w:tr w:rsidR="00CB10F6" w14:paraId="6EBF23F8" w14:textId="77777777">
        <w:tc>
          <w:tcPr>
            <w:tcW w:w="4320" w:type="dxa"/>
          </w:tcPr>
          <w:p w14:paraId="596EBE7F" w14:textId="77777777" w:rsidR="00CB10F6" w:rsidRDefault="004A1510">
            <w:r>
              <w:t>écrire</w:t>
            </w:r>
          </w:p>
        </w:tc>
        <w:tc>
          <w:tcPr>
            <w:tcW w:w="4320" w:type="dxa"/>
          </w:tcPr>
          <w:p w14:paraId="088EF0F9" w14:textId="77777777" w:rsidR="00CB10F6" w:rsidRDefault="004A1510">
            <w:r>
              <w:t>to write</w:t>
            </w:r>
          </w:p>
        </w:tc>
      </w:tr>
      <w:tr w:rsidR="00CB10F6" w14:paraId="23FD1BF4" w14:textId="77777777">
        <w:tc>
          <w:tcPr>
            <w:tcW w:w="4320" w:type="dxa"/>
          </w:tcPr>
          <w:p w14:paraId="35D3E50B" w14:textId="77777777" w:rsidR="00CB10F6" w:rsidRDefault="004A1510">
            <w:r>
              <w:t>jouer</w:t>
            </w:r>
          </w:p>
        </w:tc>
        <w:tc>
          <w:tcPr>
            <w:tcW w:w="4320" w:type="dxa"/>
          </w:tcPr>
          <w:p w14:paraId="1D06ABE4" w14:textId="77777777" w:rsidR="00CB10F6" w:rsidRDefault="004A1510">
            <w:r>
              <w:t>to play</w:t>
            </w:r>
          </w:p>
        </w:tc>
      </w:tr>
      <w:tr w:rsidR="00CB10F6" w14:paraId="6439410E" w14:textId="77777777">
        <w:tc>
          <w:tcPr>
            <w:tcW w:w="4320" w:type="dxa"/>
          </w:tcPr>
          <w:p w14:paraId="4026161D" w14:textId="77777777" w:rsidR="00CB10F6" w:rsidRDefault="004A1510">
            <w:r>
              <w:t>lire</w:t>
            </w:r>
          </w:p>
        </w:tc>
        <w:tc>
          <w:tcPr>
            <w:tcW w:w="4320" w:type="dxa"/>
          </w:tcPr>
          <w:p w14:paraId="102B3267" w14:textId="77777777" w:rsidR="00CB10F6" w:rsidRDefault="004A1510">
            <w:r>
              <w:t>to read</w:t>
            </w:r>
          </w:p>
        </w:tc>
      </w:tr>
      <w:tr w:rsidR="00CB10F6" w14:paraId="2304240A" w14:textId="77777777">
        <w:tc>
          <w:tcPr>
            <w:tcW w:w="4320" w:type="dxa"/>
          </w:tcPr>
          <w:p w14:paraId="0381934D" w14:textId="77777777" w:rsidR="00CB10F6" w:rsidRDefault="004A1510">
            <w:r>
              <w:t>manger</w:t>
            </w:r>
          </w:p>
        </w:tc>
        <w:tc>
          <w:tcPr>
            <w:tcW w:w="4320" w:type="dxa"/>
          </w:tcPr>
          <w:p w14:paraId="1CFCA2F4" w14:textId="77777777" w:rsidR="00CB10F6" w:rsidRDefault="004A1510">
            <w:r>
              <w:t>to eat</w:t>
            </w:r>
          </w:p>
        </w:tc>
      </w:tr>
      <w:tr w:rsidR="00CB10F6" w14:paraId="7C100234" w14:textId="77777777">
        <w:tc>
          <w:tcPr>
            <w:tcW w:w="4320" w:type="dxa"/>
          </w:tcPr>
          <w:p w14:paraId="70E74C5A" w14:textId="77777777" w:rsidR="00CB10F6" w:rsidRDefault="004A1510">
            <w:r>
              <w:t>nager</w:t>
            </w:r>
          </w:p>
        </w:tc>
        <w:tc>
          <w:tcPr>
            <w:tcW w:w="4320" w:type="dxa"/>
          </w:tcPr>
          <w:p w14:paraId="746905CA" w14:textId="77777777" w:rsidR="00CB10F6" w:rsidRDefault="004A1510">
            <w:r>
              <w:t>to swim</w:t>
            </w:r>
          </w:p>
        </w:tc>
      </w:tr>
      <w:tr w:rsidR="00CB10F6" w14:paraId="66F8EF23" w14:textId="77777777">
        <w:tc>
          <w:tcPr>
            <w:tcW w:w="4320" w:type="dxa"/>
          </w:tcPr>
          <w:p w14:paraId="0D316D6B" w14:textId="77777777" w:rsidR="00CB10F6" w:rsidRDefault="004A1510">
            <w:r>
              <w:t>avoir</w:t>
            </w:r>
          </w:p>
        </w:tc>
        <w:tc>
          <w:tcPr>
            <w:tcW w:w="4320" w:type="dxa"/>
          </w:tcPr>
          <w:p w14:paraId="3C3F6455" w14:textId="77777777" w:rsidR="00CB10F6" w:rsidRDefault="004A1510">
            <w:r>
              <w:t>to have</w:t>
            </w:r>
          </w:p>
        </w:tc>
      </w:tr>
      <w:tr w:rsidR="00CB10F6" w14:paraId="28A80D29" w14:textId="77777777">
        <w:tc>
          <w:tcPr>
            <w:tcW w:w="4320" w:type="dxa"/>
          </w:tcPr>
          <w:p w14:paraId="76FAFEE2" w14:textId="77777777" w:rsidR="00CB10F6" w:rsidRDefault="004A1510">
            <w:r>
              <w:t>être</w:t>
            </w:r>
          </w:p>
        </w:tc>
        <w:tc>
          <w:tcPr>
            <w:tcW w:w="4320" w:type="dxa"/>
          </w:tcPr>
          <w:p w14:paraId="161116E5" w14:textId="77777777" w:rsidR="00CB10F6" w:rsidRDefault="004A1510">
            <w:r>
              <w:t>to be</w:t>
            </w:r>
          </w:p>
        </w:tc>
      </w:tr>
    </w:tbl>
    <w:p w14:paraId="520D99B0" w14:textId="77777777" w:rsidR="00CB10F6" w:rsidRDefault="00CB10F6"/>
    <w:p w14:paraId="6ECDCCD3" w14:textId="77777777" w:rsidR="00CB10F6" w:rsidRDefault="004A1510">
      <w:pPr>
        <w:pStyle w:val="Heading2"/>
      </w:pPr>
      <w:r>
        <w:lastRenderedPageBreak/>
        <w:t>Cycle B – Visiting a town in France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36029837" w14:textId="77777777">
        <w:tc>
          <w:tcPr>
            <w:tcW w:w="4320" w:type="dxa"/>
          </w:tcPr>
          <w:p w14:paraId="6837BD53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3D6710F7" w14:textId="77777777" w:rsidR="00CB10F6" w:rsidRDefault="004A1510">
            <w:r>
              <w:t>English</w:t>
            </w:r>
          </w:p>
        </w:tc>
      </w:tr>
      <w:tr w:rsidR="00CB10F6" w14:paraId="373565AA" w14:textId="77777777">
        <w:tc>
          <w:tcPr>
            <w:tcW w:w="4320" w:type="dxa"/>
          </w:tcPr>
          <w:p w14:paraId="1C965092" w14:textId="77777777" w:rsidR="00CB10F6" w:rsidRDefault="004A1510">
            <w:r>
              <w:t>Dans ma ville</w:t>
            </w:r>
          </w:p>
        </w:tc>
        <w:tc>
          <w:tcPr>
            <w:tcW w:w="4320" w:type="dxa"/>
          </w:tcPr>
          <w:p w14:paraId="4D9DBBAB" w14:textId="77777777" w:rsidR="00CB10F6" w:rsidRDefault="004A1510">
            <w:r>
              <w:t>In my town</w:t>
            </w:r>
          </w:p>
        </w:tc>
      </w:tr>
      <w:tr w:rsidR="00CB10F6" w14:paraId="1DDCAF7C" w14:textId="77777777">
        <w:tc>
          <w:tcPr>
            <w:tcW w:w="4320" w:type="dxa"/>
          </w:tcPr>
          <w:p w14:paraId="1689FCBB" w14:textId="77777777" w:rsidR="00CB10F6" w:rsidRDefault="004A1510">
            <w:r>
              <w:t>le parc</w:t>
            </w:r>
          </w:p>
        </w:tc>
        <w:tc>
          <w:tcPr>
            <w:tcW w:w="4320" w:type="dxa"/>
          </w:tcPr>
          <w:p w14:paraId="46B160D5" w14:textId="77777777" w:rsidR="00CB10F6" w:rsidRDefault="004A1510">
            <w:r>
              <w:t>park</w:t>
            </w:r>
          </w:p>
        </w:tc>
      </w:tr>
      <w:tr w:rsidR="00CB10F6" w14:paraId="5D8F2179" w14:textId="77777777">
        <w:tc>
          <w:tcPr>
            <w:tcW w:w="4320" w:type="dxa"/>
          </w:tcPr>
          <w:p w14:paraId="3644F54D" w14:textId="77777777" w:rsidR="00CB10F6" w:rsidRDefault="004A1510">
            <w:r>
              <w:t>le marché</w:t>
            </w:r>
          </w:p>
        </w:tc>
        <w:tc>
          <w:tcPr>
            <w:tcW w:w="4320" w:type="dxa"/>
          </w:tcPr>
          <w:p w14:paraId="0E8348DE" w14:textId="77777777" w:rsidR="00CB10F6" w:rsidRDefault="004A1510">
            <w:r>
              <w:t>market</w:t>
            </w:r>
          </w:p>
        </w:tc>
      </w:tr>
      <w:tr w:rsidR="00CB10F6" w14:paraId="30CF7FE0" w14:textId="77777777">
        <w:tc>
          <w:tcPr>
            <w:tcW w:w="4320" w:type="dxa"/>
          </w:tcPr>
          <w:p w14:paraId="5703FAF8" w14:textId="77777777" w:rsidR="00CB10F6" w:rsidRDefault="004A1510">
            <w:r>
              <w:t>le musée</w:t>
            </w:r>
          </w:p>
        </w:tc>
        <w:tc>
          <w:tcPr>
            <w:tcW w:w="4320" w:type="dxa"/>
          </w:tcPr>
          <w:p w14:paraId="4EBFD808" w14:textId="77777777" w:rsidR="00CB10F6" w:rsidRDefault="004A1510">
            <w:r>
              <w:t>museum</w:t>
            </w:r>
          </w:p>
        </w:tc>
      </w:tr>
      <w:tr w:rsidR="00CB10F6" w14:paraId="70FCAE26" w14:textId="77777777">
        <w:tc>
          <w:tcPr>
            <w:tcW w:w="4320" w:type="dxa"/>
          </w:tcPr>
          <w:p w14:paraId="23698D78" w14:textId="77777777" w:rsidR="00CB10F6" w:rsidRDefault="004A1510">
            <w:r>
              <w:t>devant</w:t>
            </w:r>
          </w:p>
        </w:tc>
        <w:tc>
          <w:tcPr>
            <w:tcW w:w="4320" w:type="dxa"/>
          </w:tcPr>
          <w:p w14:paraId="2364E6F3" w14:textId="77777777" w:rsidR="00CB10F6" w:rsidRDefault="004A1510">
            <w:r>
              <w:t>in front of</w:t>
            </w:r>
          </w:p>
        </w:tc>
      </w:tr>
      <w:tr w:rsidR="00CB10F6" w14:paraId="76EE2499" w14:textId="77777777">
        <w:tc>
          <w:tcPr>
            <w:tcW w:w="4320" w:type="dxa"/>
          </w:tcPr>
          <w:p w14:paraId="28B1D8A6" w14:textId="77777777" w:rsidR="00CB10F6" w:rsidRDefault="004A1510">
            <w:r>
              <w:t>derrière</w:t>
            </w:r>
          </w:p>
        </w:tc>
        <w:tc>
          <w:tcPr>
            <w:tcW w:w="4320" w:type="dxa"/>
          </w:tcPr>
          <w:p w14:paraId="49D1210F" w14:textId="77777777" w:rsidR="00CB10F6" w:rsidRDefault="004A1510">
            <w:r>
              <w:t>behind</w:t>
            </w:r>
          </w:p>
        </w:tc>
      </w:tr>
      <w:tr w:rsidR="00CB10F6" w14:paraId="772E31A4" w14:textId="77777777">
        <w:tc>
          <w:tcPr>
            <w:tcW w:w="4320" w:type="dxa"/>
          </w:tcPr>
          <w:p w14:paraId="28FEEDDB" w14:textId="77777777" w:rsidR="00CB10F6" w:rsidRDefault="004A1510">
            <w:r>
              <w:t>à côté de</w:t>
            </w:r>
          </w:p>
        </w:tc>
        <w:tc>
          <w:tcPr>
            <w:tcW w:w="4320" w:type="dxa"/>
          </w:tcPr>
          <w:p w14:paraId="56F7B02A" w14:textId="77777777" w:rsidR="00CB10F6" w:rsidRDefault="004A1510">
            <w:r>
              <w:t>next to</w:t>
            </w:r>
          </w:p>
        </w:tc>
      </w:tr>
    </w:tbl>
    <w:p w14:paraId="4233607B" w14:textId="77777777" w:rsidR="00CB10F6" w:rsidRDefault="00CB10F6"/>
    <w:p w14:paraId="48092AEC" w14:textId="77777777" w:rsidR="00CB10F6" w:rsidRDefault="004A1510">
      <w:pPr>
        <w:pStyle w:val="Heading2"/>
      </w:pPr>
      <w:r>
        <w:t>Cycle B – French sport and the Olympics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CB10F6" w14:paraId="7DFFBCB4" w14:textId="77777777">
        <w:tc>
          <w:tcPr>
            <w:tcW w:w="4320" w:type="dxa"/>
          </w:tcPr>
          <w:p w14:paraId="22C06A37" w14:textId="77777777" w:rsidR="00CB10F6" w:rsidRDefault="004A1510">
            <w:r>
              <w:t>French</w:t>
            </w:r>
          </w:p>
        </w:tc>
        <w:tc>
          <w:tcPr>
            <w:tcW w:w="4320" w:type="dxa"/>
          </w:tcPr>
          <w:p w14:paraId="4AB78896" w14:textId="77777777" w:rsidR="00CB10F6" w:rsidRDefault="004A1510">
            <w:r>
              <w:t>English</w:t>
            </w:r>
          </w:p>
        </w:tc>
      </w:tr>
      <w:tr w:rsidR="00CB10F6" w14:paraId="5DDDC225" w14:textId="77777777">
        <w:tc>
          <w:tcPr>
            <w:tcW w:w="4320" w:type="dxa"/>
          </w:tcPr>
          <w:p w14:paraId="56F739E7" w14:textId="77777777" w:rsidR="00CB10F6" w:rsidRDefault="004A1510">
            <w:r>
              <w:t>je joue</w:t>
            </w:r>
          </w:p>
        </w:tc>
        <w:tc>
          <w:tcPr>
            <w:tcW w:w="4320" w:type="dxa"/>
          </w:tcPr>
          <w:p w14:paraId="65753E23" w14:textId="77777777" w:rsidR="00CB10F6" w:rsidRDefault="004A1510">
            <w:r>
              <w:t>I play</w:t>
            </w:r>
          </w:p>
        </w:tc>
      </w:tr>
      <w:tr w:rsidR="00CB10F6" w14:paraId="450314B0" w14:textId="77777777">
        <w:tc>
          <w:tcPr>
            <w:tcW w:w="4320" w:type="dxa"/>
          </w:tcPr>
          <w:p w14:paraId="1F6DE1D5" w14:textId="77777777" w:rsidR="00CB10F6" w:rsidRDefault="004A1510">
            <w:r>
              <w:t>je fais</w:t>
            </w:r>
          </w:p>
        </w:tc>
        <w:tc>
          <w:tcPr>
            <w:tcW w:w="4320" w:type="dxa"/>
          </w:tcPr>
          <w:p w14:paraId="557D5A6E" w14:textId="77777777" w:rsidR="00CB10F6" w:rsidRDefault="004A1510">
            <w:r>
              <w:t>I do</w:t>
            </w:r>
          </w:p>
        </w:tc>
      </w:tr>
      <w:tr w:rsidR="00CB10F6" w14:paraId="4E916D7B" w14:textId="77777777">
        <w:tc>
          <w:tcPr>
            <w:tcW w:w="4320" w:type="dxa"/>
          </w:tcPr>
          <w:p w14:paraId="223D7EE7" w14:textId="77777777" w:rsidR="00CB10F6" w:rsidRDefault="004A1510">
            <w:r>
              <w:t>rapide</w:t>
            </w:r>
          </w:p>
        </w:tc>
        <w:tc>
          <w:tcPr>
            <w:tcW w:w="4320" w:type="dxa"/>
          </w:tcPr>
          <w:p w14:paraId="2C3A2B07" w14:textId="77777777" w:rsidR="00CB10F6" w:rsidRDefault="004A1510">
            <w:r>
              <w:t>fast</w:t>
            </w:r>
          </w:p>
        </w:tc>
      </w:tr>
      <w:tr w:rsidR="00CB10F6" w14:paraId="7AE775D4" w14:textId="77777777">
        <w:tc>
          <w:tcPr>
            <w:tcW w:w="4320" w:type="dxa"/>
          </w:tcPr>
          <w:p w14:paraId="3C21DB87" w14:textId="77777777" w:rsidR="00CB10F6" w:rsidRDefault="004A1510">
            <w:r>
              <w:t>fatiguant</w:t>
            </w:r>
          </w:p>
        </w:tc>
        <w:tc>
          <w:tcPr>
            <w:tcW w:w="4320" w:type="dxa"/>
          </w:tcPr>
          <w:p w14:paraId="79EFADB2" w14:textId="77777777" w:rsidR="00CB10F6" w:rsidRDefault="004A1510">
            <w:r>
              <w:t>tiring</w:t>
            </w:r>
          </w:p>
        </w:tc>
      </w:tr>
      <w:tr w:rsidR="00CB10F6" w14:paraId="07C0874F" w14:textId="77777777">
        <w:tc>
          <w:tcPr>
            <w:tcW w:w="4320" w:type="dxa"/>
          </w:tcPr>
          <w:p w14:paraId="1CA04313" w14:textId="77777777" w:rsidR="00CB10F6" w:rsidRDefault="004A1510">
            <w:r>
              <w:t>amusant</w:t>
            </w:r>
          </w:p>
        </w:tc>
        <w:tc>
          <w:tcPr>
            <w:tcW w:w="4320" w:type="dxa"/>
          </w:tcPr>
          <w:p w14:paraId="4B39E986" w14:textId="77777777" w:rsidR="00CB10F6" w:rsidRDefault="004A1510">
            <w:r>
              <w:t>fun</w:t>
            </w:r>
          </w:p>
        </w:tc>
      </w:tr>
      <w:tr w:rsidR="00CB10F6" w14:paraId="2937F426" w14:textId="77777777">
        <w:tc>
          <w:tcPr>
            <w:tcW w:w="4320" w:type="dxa"/>
          </w:tcPr>
          <w:p w14:paraId="00139C13" w14:textId="77777777" w:rsidR="00CB10F6" w:rsidRDefault="004A1510">
            <w:r>
              <w:t>compétitif</w:t>
            </w:r>
          </w:p>
        </w:tc>
        <w:tc>
          <w:tcPr>
            <w:tcW w:w="4320" w:type="dxa"/>
          </w:tcPr>
          <w:p w14:paraId="0B572520" w14:textId="77777777" w:rsidR="00CB10F6" w:rsidRDefault="004A1510">
            <w:r>
              <w:t>competitive</w:t>
            </w:r>
          </w:p>
        </w:tc>
      </w:tr>
      <w:tr w:rsidR="00CB10F6" w14:paraId="290051AA" w14:textId="77777777">
        <w:tc>
          <w:tcPr>
            <w:tcW w:w="4320" w:type="dxa"/>
          </w:tcPr>
          <w:p w14:paraId="629E2DCA" w14:textId="77777777" w:rsidR="00CB10F6" w:rsidRDefault="004A1510">
            <w:r>
              <w:t>je vais</w:t>
            </w:r>
          </w:p>
        </w:tc>
        <w:tc>
          <w:tcPr>
            <w:tcW w:w="4320" w:type="dxa"/>
          </w:tcPr>
          <w:p w14:paraId="694F79CB" w14:textId="77777777" w:rsidR="00CB10F6" w:rsidRDefault="004A1510">
            <w:r>
              <w:t>I go</w:t>
            </w:r>
          </w:p>
        </w:tc>
      </w:tr>
    </w:tbl>
    <w:p w14:paraId="0C49B656" w14:textId="77777777" w:rsidR="00CB10F6" w:rsidRDefault="00CB10F6"/>
    <w:sectPr w:rsidR="00CB10F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62579034">
    <w:abstractNumId w:val="8"/>
  </w:num>
  <w:num w:numId="2" w16cid:durableId="1840730863">
    <w:abstractNumId w:val="6"/>
  </w:num>
  <w:num w:numId="3" w16cid:durableId="789471929">
    <w:abstractNumId w:val="5"/>
  </w:num>
  <w:num w:numId="4" w16cid:durableId="1103652411">
    <w:abstractNumId w:val="4"/>
  </w:num>
  <w:num w:numId="5" w16cid:durableId="549850193">
    <w:abstractNumId w:val="7"/>
  </w:num>
  <w:num w:numId="6" w16cid:durableId="1775786908">
    <w:abstractNumId w:val="3"/>
  </w:num>
  <w:num w:numId="7" w16cid:durableId="1177502803">
    <w:abstractNumId w:val="2"/>
  </w:num>
  <w:num w:numId="8" w16cid:durableId="918641092">
    <w:abstractNumId w:val="1"/>
  </w:num>
  <w:num w:numId="9" w16cid:durableId="214619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A1510"/>
    <w:rsid w:val="0084624F"/>
    <w:rsid w:val="00AA1D8D"/>
    <w:rsid w:val="00B47730"/>
    <w:rsid w:val="00BB26EB"/>
    <w:rsid w:val="00CB0664"/>
    <w:rsid w:val="00CB10F6"/>
    <w:rsid w:val="00CF7D61"/>
    <w:rsid w:val="00ED5A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94F010"/>
  <w14:defaultImageDpi w14:val="300"/>
  <w15:docId w15:val="{3BB658BC-E82F-4031-A331-B687DD9B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Hattie Hubbard</cp:lastModifiedBy>
  <cp:revision>3</cp:revision>
  <dcterms:created xsi:type="dcterms:W3CDTF">2026-07-27T19:24:00Z</dcterms:created>
  <dcterms:modified xsi:type="dcterms:W3CDTF">2026-08-24T08:43:00Z</dcterms:modified>
  <cp:category/>
</cp:coreProperties>
</file>